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440"/>
        <w:jc w:val="center"/>
      </w:pPr>
      <w:r>
        <w:rPr>
          <w:b/>
          <w:color w:val="8A5A44"/>
          <w:sz w:val="18"/>
        </w:rPr>
        <w:t>PRACTICAL WORKBOOK</w:t>
      </w:r>
    </w:p>
    <w:p>
      <w:pPr>
        <w:pStyle w:val="Title"/>
        <w:jc w:val="center"/>
      </w:pPr>
      <w:r>
        <w:t>Kotter Application Guide</w:t>
      </w:r>
    </w:p>
    <w:p>
      <w:pPr>
        <w:pStyle w:val="Subtitle"/>
        <w:jc w:val="center"/>
      </w:pPr>
      <w:r>
        <w:t>Apply the eight-step model to broad organizational change</w:t>
      </w:r>
    </w:p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10166"/>
      </w:tblGrid>
      <w:tr>
        <w:tc>
          <w:tcPr>
            <w:tcW w:type="dxa" w:w="10166"/>
            <w:shd w:fill="EDE5DE"/>
            <w:tcMar>
              <w:top w:w="90" w:type="dxa"/>
              <w:start w:w="120" w:type="dxa"/>
              <w:bottom w:w="90" w:type="dxa"/>
              <w:end w:w="120" w:type="dxa"/>
            </w:tcMar>
          </w:tcPr>
          <w:p>
            <w:r>
              <w:rPr>
                <w:b/>
                <w:color w:val="8A5A44"/>
              </w:rPr>
              <w:t>Before you begin</w:t>
            </w:r>
          </w:p>
        </w:tc>
      </w:tr>
      <w:tr>
        <w:tc>
          <w:tcPr>
            <w:tcW w:type="dxa" w:w="10166"/>
            <w:shd w:fill="FAF8F6"/>
            <w:tcMar>
              <w:top w:w="90" w:type="dxa"/>
              <w:start w:w="120" w:type="dxa"/>
              <w:bottom w:w="90" w:type="dxa"/>
              <w:end w:w="120" w:type="dxa"/>
            </w:tcMar>
          </w:tcPr>
          <w:p>
            <w:r>
              <w:t>Complete the Change Approach and Framework Selection Guide first. Confirm why this framework fits the change and what problem it is expected to solve.</w:t>
            </w:r>
          </w:p>
        </w:tc>
      </w:tr>
    </w:tbl>
    <w:p>
      <w:pPr>
        <w:spacing w:after="20"/>
      </w:pPr>
    </w:p>
    <w:p>
      <w:pPr>
        <w:pStyle w:val="Heading1"/>
      </w:pPr>
      <w:r>
        <w:t>Change summary</w:t>
      </w:r>
    </w:p>
    <w:p>
      <w:pPr>
        <w:pStyle w:val="Heading3"/>
      </w:pPr>
      <w:r>
        <w:t>Change statement</w:t>
      </w:r>
    </w:p>
    <w:p>
      <w:r>
        <w:t>_________________________________________________________________________________________________________</w:t>
      </w:r>
    </w:p>
    <w:p>
      <w:pPr>
        <w:pStyle w:val="Heading3"/>
      </w:pPr>
      <w:r>
        <w:t>Business or customer outcome</w:t>
      </w:r>
    </w:p>
    <w:p>
      <w:r>
        <w:t>_________________________________________________________________________________________________________</w:t>
      </w:r>
    </w:p>
    <w:p>
      <w:pPr>
        <w:pStyle w:val="Heading3"/>
      </w:pPr>
      <w:r>
        <w:t>Affected groups</w:t>
      </w:r>
    </w:p>
    <w:p>
      <w:r>
        <w:t>_________________________________________________________________________________________________________</w:t>
      </w:r>
    </w:p>
    <w:p>
      <w:pPr>
        <w:pStyle w:val="Heading3"/>
      </w:pPr>
      <w:r>
        <w:t>Main type of change</w:t>
      </w:r>
    </w:p>
    <w:p>
      <w:r>
        <w:t>_________________________________________________________________________________________________________</w:t>
      </w:r>
    </w:p>
    <w:p>
      <w:pPr>
        <w:pStyle w:val="Heading3"/>
      </w:pPr>
      <w:r>
        <w:t>Incremental or transformational</w:t>
      </w:r>
    </w:p>
    <w:p>
      <w:r>
        <w:t>_________________________________________________________________________________________________________</w:t>
      </w:r>
    </w:p>
    <w:p>
      <w:pPr>
        <w:pStyle w:val="Heading3"/>
      </w:pPr>
      <w:r>
        <w:t>Planned, emergent, dialogic, or hybrid approach</w:t>
      </w:r>
    </w:p>
    <w:p>
      <w:r>
        <w:t>_________________________________________________________________________________________________________</w:t>
      </w:r>
    </w:p>
    <w:p>
      <w:pPr>
        <w:pStyle w:val="Heading3"/>
      </w:pPr>
      <w:r>
        <w:t>Main implementation risk</w:t>
      </w:r>
    </w:p>
    <w:p>
      <w:r>
        <w:t>_________________________________________________________________________________________________________</w:t>
      </w:r>
    </w:p>
    <w:p>
      <w:pPr>
        <w:pStyle w:val="Heading1"/>
      </w:pPr>
      <w:r>
        <w:t>Step 1: Establish urgency</w:t>
      </w:r>
    </w:p>
    <w:p>
      <w:r>
        <w:t>Create a shared understanding that action is necessary without creating panic.</w:t>
      </w:r>
    </w:p>
    <w:p>
      <w:pPr>
        <w:pStyle w:val="ListBullet"/>
        <w:spacing w:after="40"/>
      </w:pPr>
      <w:r>
        <w:t>Use customer, market, financial, operational, or employee evidence.</w:t>
      </w:r>
    </w:p>
    <w:p>
      <w:pPr>
        <w:pStyle w:val="ListBullet"/>
        <w:spacing w:after="40"/>
      </w:pPr>
      <w:r>
        <w:t>Explain the risk of inaction and the opportunity created by change.</w:t>
      </w:r>
    </w:p>
    <w:p>
      <w:pPr>
        <w:pStyle w:val="ListBullet"/>
        <w:spacing w:after="40"/>
      </w:pPr>
      <w:r>
        <w:t>Test whether urgency is shared beyond the sponsor.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2033"/>
        <w:gridCol w:w="2033"/>
        <w:gridCol w:w="2033"/>
        <w:gridCol w:w="2033"/>
        <w:gridCol w:w="2033"/>
      </w:tblGrid>
      <w:tr>
        <w:tc>
          <w:tcPr>
            <w:tcW w:type="dxa" w:w="2033"/>
            <w:shd w:fill="24313B"/>
            <w:tcMar>
              <w:top w:w="80" w:type="dxa"/>
              <w:start w:w="90" w:type="dxa"/>
              <w:bottom w:w="80" w:type="dxa"/>
              <w:end w:w="90" w:type="dxa"/>
            </w:tcMar>
          </w:tcPr>
          <w:p>
            <w:r>
              <w:rPr>
                <w:b/>
                <w:color w:val="FFFFFF"/>
              </w:rPr>
              <w:t>Action</w:t>
            </w:r>
          </w:p>
        </w:tc>
        <w:tc>
          <w:tcPr>
            <w:tcW w:type="dxa" w:w="2033"/>
            <w:shd w:fill="24313B"/>
            <w:tcMar>
              <w:top w:w="80" w:type="dxa"/>
              <w:start w:w="90" w:type="dxa"/>
              <w:bottom w:w="80" w:type="dxa"/>
              <w:end w:w="90" w:type="dxa"/>
            </w:tcMar>
          </w:tcPr>
          <w:p>
            <w:r>
              <w:rPr>
                <w:b/>
                <w:color w:val="FFFFFF"/>
              </w:rPr>
              <w:t>Audience</w:t>
            </w:r>
          </w:p>
        </w:tc>
        <w:tc>
          <w:tcPr>
            <w:tcW w:type="dxa" w:w="2033"/>
            <w:shd w:fill="24313B"/>
            <w:tcMar>
              <w:top w:w="80" w:type="dxa"/>
              <w:start w:w="90" w:type="dxa"/>
              <w:bottom w:w="80" w:type="dxa"/>
              <w:end w:w="90" w:type="dxa"/>
            </w:tcMar>
          </w:tcPr>
          <w:p>
            <w:r>
              <w:rPr>
                <w:b/>
                <w:color w:val="FFFFFF"/>
              </w:rPr>
              <w:t>Evidence</w:t>
            </w:r>
          </w:p>
        </w:tc>
        <w:tc>
          <w:tcPr>
            <w:tcW w:type="dxa" w:w="2033"/>
            <w:shd w:fill="24313B"/>
            <w:tcMar>
              <w:top w:w="80" w:type="dxa"/>
              <w:start w:w="90" w:type="dxa"/>
              <w:bottom w:w="80" w:type="dxa"/>
              <w:end w:w="90" w:type="dxa"/>
            </w:tcMar>
          </w:tcPr>
          <w:p>
            <w:r>
              <w:rPr>
                <w:b/>
                <w:color w:val="FFFFFF"/>
              </w:rPr>
              <w:t>Owner</w:t>
            </w:r>
          </w:p>
        </w:tc>
        <w:tc>
          <w:tcPr>
            <w:tcW w:type="dxa" w:w="2033"/>
            <w:shd w:fill="24313B"/>
            <w:tcMar>
              <w:top w:w="80" w:type="dxa"/>
              <w:start w:w="90" w:type="dxa"/>
              <w:bottom w:w="80" w:type="dxa"/>
              <w:end w:w="90" w:type="dxa"/>
            </w:tcMar>
          </w:tcPr>
          <w:p>
            <w:r>
              <w:rPr>
                <w:b/>
                <w:color w:val="FFFFFF"/>
              </w:rPr>
              <w:t>Measure</w:t>
            </w:r>
          </w:p>
        </w:tc>
      </w:tr>
      <w:tr>
        <w:tc>
          <w:tcPr>
            <w:tcW w:type="dxa" w:w="2033"/>
            <w:tcMar>
              <w:top w:w="80" w:type="dxa"/>
              <w:start w:w="90" w:type="dxa"/>
              <w:bottom w:w="80" w:type="dxa"/>
              <w:end w:w="90" w:type="dxa"/>
            </w:tcMar>
          </w:tcPr>
          <w:p>
            <w:r/>
          </w:p>
        </w:tc>
        <w:tc>
          <w:tcPr>
            <w:tcW w:type="dxa" w:w="2033"/>
            <w:tcMar>
              <w:top w:w="80" w:type="dxa"/>
              <w:start w:w="90" w:type="dxa"/>
              <w:bottom w:w="80" w:type="dxa"/>
              <w:end w:w="90" w:type="dxa"/>
            </w:tcMar>
          </w:tcPr>
          <w:p>
            <w:r/>
          </w:p>
        </w:tc>
        <w:tc>
          <w:tcPr>
            <w:tcW w:type="dxa" w:w="2033"/>
            <w:tcMar>
              <w:top w:w="80" w:type="dxa"/>
              <w:start w:w="90" w:type="dxa"/>
              <w:bottom w:w="80" w:type="dxa"/>
              <w:end w:w="90" w:type="dxa"/>
            </w:tcMar>
          </w:tcPr>
          <w:p>
            <w:r/>
          </w:p>
        </w:tc>
        <w:tc>
          <w:tcPr>
            <w:tcW w:type="dxa" w:w="2033"/>
            <w:tcMar>
              <w:top w:w="80" w:type="dxa"/>
              <w:start w:w="90" w:type="dxa"/>
              <w:bottom w:w="80" w:type="dxa"/>
              <w:end w:w="90" w:type="dxa"/>
            </w:tcMar>
          </w:tcPr>
          <w:p>
            <w:r/>
          </w:p>
        </w:tc>
        <w:tc>
          <w:tcPr>
            <w:tcW w:type="dxa" w:w="2033"/>
            <w:tcMar>
              <w:top w:w="80" w:type="dxa"/>
              <w:start w:w="90" w:type="dxa"/>
              <w:bottom w:w="80" w:type="dxa"/>
              <w:end w:w="90" w:type="dxa"/>
            </w:tcMar>
          </w:tcPr>
          <w:p>
            <w:r/>
          </w:p>
        </w:tc>
      </w:tr>
      <w:tr>
        <w:tc>
          <w:tcPr>
            <w:tcW w:type="dxa" w:w="2033"/>
            <w:tcMar>
              <w:top w:w="80" w:type="dxa"/>
              <w:start w:w="90" w:type="dxa"/>
              <w:bottom w:w="80" w:type="dxa"/>
              <w:end w:w="90" w:type="dxa"/>
            </w:tcMar>
          </w:tcPr>
          <w:p>
            <w:r/>
          </w:p>
        </w:tc>
        <w:tc>
          <w:tcPr>
            <w:tcW w:type="dxa" w:w="2033"/>
            <w:tcMar>
              <w:top w:w="80" w:type="dxa"/>
              <w:start w:w="90" w:type="dxa"/>
              <w:bottom w:w="80" w:type="dxa"/>
              <w:end w:w="90" w:type="dxa"/>
            </w:tcMar>
          </w:tcPr>
          <w:p>
            <w:r/>
          </w:p>
        </w:tc>
        <w:tc>
          <w:tcPr>
            <w:tcW w:type="dxa" w:w="2033"/>
            <w:tcMar>
              <w:top w:w="80" w:type="dxa"/>
              <w:start w:w="90" w:type="dxa"/>
              <w:bottom w:w="80" w:type="dxa"/>
              <w:end w:w="90" w:type="dxa"/>
            </w:tcMar>
          </w:tcPr>
          <w:p>
            <w:r/>
          </w:p>
        </w:tc>
        <w:tc>
          <w:tcPr>
            <w:tcW w:type="dxa" w:w="2033"/>
            <w:tcMar>
              <w:top w:w="80" w:type="dxa"/>
              <w:start w:w="90" w:type="dxa"/>
              <w:bottom w:w="80" w:type="dxa"/>
              <w:end w:w="90" w:type="dxa"/>
            </w:tcMar>
          </w:tcPr>
          <w:p>
            <w:r/>
          </w:p>
        </w:tc>
        <w:tc>
          <w:tcPr>
            <w:tcW w:type="dxa" w:w="2033"/>
            <w:tcMar>
              <w:top w:w="80" w:type="dxa"/>
              <w:start w:w="90" w:type="dxa"/>
              <w:bottom w:w="80" w:type="dxa"/>
              <w:end w:w="90" w:type="dxa"/>
            </w:tcMar>
          </w:tcPr>
          <w:p>
            <w:r/>
          </w:p>
        </w:tc>
      </w:tr>
      <w:tr>
        <w:tc>
          <w:tcPr>
            <w:tcW w:type="dxa" w:w="2033"/>
            <w:tcMar>
              <w:top w:w="80" w:type="dxa"/>
              <w:start w:w="90" w:type="dxa"/>
              <w:bottom w:w="80" w:type="dxa"/>
              <w:end w:w="90" w:type="dxa"/>
            </w:tcMar>
          </w:tcPr>
          <w:p>
            <w:r/>
          </w:p>
        </w:tc>
        <w:tc>
          <w:tcPr>
            <w:tcW w:type="dxa" w:w="2033"/>
            <w:tcMar>
              <w:top w:w="80" w:type="dxa"/>
              <w:start w:w="90" w:type="dxa"/>
              <w:bottom w:w="80" w:type="dxa"/>
              <w:end w:w="90" w:type="dxa"/>
            </w:tcMar>
          </w:tcPr>
          <w:p>
            <w:r/>
          </w:p>
        </w:tc>
        <w:tc>
          <w:tcPr>
            <w:tcW w:type="dxa" w:w="2033"/>
            <w:tcMar>
              <w:top w:w="80" w:type="dxa"/>
              <w:start w:w="90" w:type="dxa"/>
              <w:bottom w:w="80" w:type="dxa"/>
              <w:end w:w="90" w:type="dxa"/>
            </w:tcMar>
          </w:tcPr>
          <w:p>
            <w:r/>
          </w:p>
        </w:tc>
        <w:tc>
          <w:tcPr>
            <w:tcW w:type="dxa" w:w="2033"/>
            <w:tcMar>
              <w:top w:w="80" w:type="dxa"/>
              <w:start w:w="90" w:type="dxa"/>
              <w:bottom w:w="80" w:type="dxa"/>
              <w:end w:w="90" w:type="dxa"/>
            </w:tcMar>
          </w:tcPr>
          <w:p>
            <w:r/>
          </w:p>
        </w:tc>
        <w:tc>
          <w:tcPr>
            <w:tcW w:type="dxa" w:w="2033"/>
            <w:tcMar>
              <w:top w:w="80" w:type="dxa"/>
              <w:start w:w="90" w:type="dxa"/>
              <w:bottom w:w="80" w:type="dxa"/>
              <w:end w:w="90" w:type="dxa"/>
            </w:tcMar>
          </w:tcPr>
          <w:p>
            <w:r/>
          </w:p>
        </w:tc>
      </w:tr>
      <w:tr>
        <w:tc>
          <w:tcPr>
            <w:tcW w:type="dxa" w:w="2033"/>
            <w:tcMar>
              <w:top w:w="80" w:type="dxa"/>
              <w:start w:w="90" w:type="dxa"/>
              <w:bottom w:w="80" w:type="dxa"/>
              <w:end w:w="90" w:type="dxa"/>
            </w:tcMar>
          </w:tcPr>
          <w:p>
            <w:r/>
          </w:p>
        </w:tc>
        <w:tc>
          <w:tcPr>
            <w:tcW w:type="dxa" w:w="2033"/>
            <w:tcMar>
              <w:top w:w="80" w:type="dxa"/>
              <w:start w:w="90" w:type="dxa"/>
              <w:bottom w:w="80" w:type="dxa"/>
              <w:end w:w="90" w:type="dxa"/>
            </w:tcMar>
          </w:tcPr>
          <w:p>
            <w:r/>
          </w:p>
        </w:tc>
        <w:tc>
          <w:tcPr>
            <w:tcW w:type="dxa" w:w="2033"/>
            <w:tcMar>
              <w:top w:w="80" w:type="dxa"/>
              <w:start w:w="90" w:type="dxa"/>
              <w:bottom w:w="80" w:type="dxa"/>
              <w:end w:w="90" w:type="dxa"/>
            </w:tcMar>
          </w:tcPr>
          <w:p>
            <w:r/>
          </w:p>
        </w:tc>
        <w:tc>
          <w:tcPr>
            <w:tcW w:type="dxa" w:w="2033"/>
            <w:tcMar>
              <w:top w:w="80" w:type="dxa"/>
              <w:start w:w="90" w:type="dxa"/>
              <w:bottom w:w="80" w:type="dxa"/>
              <w:end w:w="90" w:type="dxa"/>
            </w:tcMar>
          </w:tcPr>
          <w:p>
            <w:r/>
          </w:p>
        </w:tc>
        <w:tc>
          <w:tcPr>
            <w:tcW w:type="dxa" w:w="2033"/>
            <w:tcMar>
              <w:top w:w="80" w:type="dxa"/>
              <w:start w:w="90" w:type="dxa"/>
              <w:bottom w:w="80" w:type="dxa"/>
              <w:end w:w="90" w:type="dxa"/>
            </w:tcMar>
          </w:tcPr>
          <w:p>
            <w:r/>
          </w:p>
        </w:tc>
      </w:tr>
      <w:tr>
        <w:tc>
          <w:tcPr>
            <w:tcW w:type="dxa" w:w="2033"/>
            <w:tcMar>
              <w:top w:w="80" w:type="dxa"/>
              <w:start w:w="90" w:type="dxa"/>
              <w:bottom w:w="80" w:type="dxa"/>
              <w:end w:w="90" w:type="dxa"/>
            </w:tcMar>
          </w:tcPr>
          <w:p>
            <w:r/>
          </w:p>
        </w:tc>
        <w:tc>
          <w:tcPr>
            <w:tcW w:type="dxa" w:w="2033"/>
            <w:tcMar>
              <w:top w:w="80" w:type="dxa"/>
              <w:start w:w="90" w:type="dxa"/>
              <w:bottom w:w="80" w:type="dxa"/>
              <w:end w:w="90" w:type="dxa"/>
            </w:tcMar>
          </w:tcPr>
          <w:p>
            <w:r/>
          </w:p>
        </w:tc>
        <w:tc>
          <w:tcPr>
            <w:tcW w:type="dxa" w:w="2033"/>
            <w:tcMar>
              <w:top w:w="80" w:type="dxa"/>
              <w:start w:w="90" w:type="dxa"/>
              <w:bottom w:w="80" w:type="dxa"/>
              <w:end w:w="90" w:type="dxa"/>
            </w:tcMar>
          </w:tcPr>
          <w:p>
            <w:r/>
          </w:p>
        </w:tc>
        <w:tc>
          <w:tcPr>
            <w:tcW w:type="dxa" w:w="2033"/>
            <w:tcMar>
              <w:top w:w="80" w:type="dxa"/>
              <w:start w:w="90" w:type="dxa"/>
              <w:bottom w:w="80" w:type="dxa"/>
              <w:end w:w="90" w:type="dxa"/>
            </w:tcMar>
          </w:tcPr>
          <w:p>
            <w:r/>
          </w:p>
        </w:tc>
        <w:tc>
          <w:tcPr>
            <w:tcW w:type="dxa" w:w="2033"/>
            <w:tcMar>
              <w:top w:w="80" w:type="dxa"/>
              <w:start w:w="90" w:type="dxa"/>
              <w:bottom w:w="80" w:type="dxa"/>
              <w:end w:w="90" w:type="dxa"/>
            </w:tcMar>
          </w:tcPr>
          <w:p>
            <w:r/>
          </w:p>
        </w:tc>
      </w:tr>
    </w:tbl>
    <w:p>
      <w:pPr>
        <w:pStyle w:val="Heading1"/>
      </w:pPr>
      <w:r>
        <w:t>Step 2: Form a guiding coalition</w:t>
      </w:r>
    </w:p>
    <w:p>
      <w:r>
        <w:t>Build a credible cross-functional group with influence, expertise, authority, and commitment.</w:t>
      </w:r>
    </w:p>
    <w:p>
      <w:pPr>
        <w:pStyle w:val="ListBullet"/>
        <w:spacing w:after="40"/>
      </w:pPr>
      <w:r>
        <w:t>Identify sponsors, decision-makers, respected managers, experts, and informal influencers.</w:t>
      </w:r>
    </w:p>
    <w:p>
      <w:pPr>
        <w:pStyle w:val="ListBullet"/>
        <w:spacing w:after="40"/>
      </w:pPr>
      <w:r>
        <w:t>Clarify decision rights and responsibilities.</w:t>
      </w:r>
    </w:p>
    <w:p>
      <w:pPr>
        <w:pStyle w:val="ListBullet"/>
        <w:spacing w:after="40"/>
      </w:pPr>
      <w:r>
        <w:t>Address visible disagreement inside the coalition.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2033"/>
        <w:gridCol w:w="2033"/>
        <w:gridCol w:w="2033"/>
        <w:gridCol w:w="2033"/>
        <w:gridCol w:w="2033"/>
      </w:tblGrid>
      <w:tr>
        <w:tc>
          <w:tcPr>
            <w:tcW w:type="dxa" w:w="2033"/>
            <w:shd w:fill="24313B"/>
            <w:tcMar>
              <w:top w:w="80" w:type="dxa"/>
              <w:start w:w="90" w:type="dxa"/>
              <w:bottom w:w="80" w:type="dxa"/>
              <w:end w:w="90" w:type="dxa"/>
            </w:tcMar>
          </w:tcPr>
          <w:p>
            <w:r>
              <w:rPr>
                <w:b/>
                <w:color w:val="FFFFFF"/>
              </w:rPr>
              <w:t>Coalition member</w:t>
            </w:r>
          </w:p>
        </w:tc>
        <w:tc>
          <w:tcPr>
            <w:tcW w:type="dxa" w:w="2033"/>
            <w:shd w:fill="24313B"/>
            <w:tcMar>
              <w:top w:w="80" w:type="dxa"/>
              <w:start w:w="90" w:type="dxa"/>
              <w:bottom w:w="80" w:type="dxa"/>
              <w:end w:w="90" w:type="dxa"/>
            </w:tcMar>
          </w:tcPr>
          <w:p>
            <w:r>
              <w:rPr>
                <w:b/>
                <w:color w:val="FFFFFF"/>
              </w:rPr>
              <w:t>Contribution</w:t>
            </w:r>
          </w:p>
        </w:tc>
        <w:tc>
          <w:tcPr>
            <w:tcW w:type="dxa" w:w="2033"/>
            <w:shd w:fill="24313B"/>
            <w:tcMar>
              <w:top w:w="80" w:type="dxa"/>
              <w:start w:w="90" w:type="dxa"/>
              <w:bottom w:w="80" w:type="dxa"/>
              <w:end w:w="90" w:type="dxa"/>
            </w:tcMar>
          </w:tcPr>
          <w:p>
            <w:r>
              <w:rPr>
                <w:b/>
                <w:color w:val="FFFFFF"/>
              </w:rPr>
              <w:t>Authority</w:t>
            </w:r>
          </w:p>
        </w:tc>
        <w:tc>
          <w:tcPr>
            <w:tcW w:type="dxa" w:w="2033"/>
            <w:shd w:fill="24313B"/>
            <w:tcMar>
              <w:top w:w="80" w:type="dxa"/>
              <w:start w:w="90" w:type="dxa"/>
              <w:bottom w:w="80" w:type="dxa"/>
              <w:end w:w="90" w:type="dxa"/>
            </w:tcMar>
          </w:tcPr>
          <w:p>
            <w:r>
              <w:rPr>
                <w:b/>
                <w:color w:val="FFFFFF"/>
              </w:rPr>
              <w:t>Responsibility</w:t>
            </w:r>
          </w:p>
        </w:tc>
        <w:tc>
          <w:tcPr>
            <w:tcW w:type="dxa" w:w="2033"/>
            <w:shd w:fill="24313B"/>
            <w:tcMar>
              <w:top w:w="80" w:type="dxa"/>
              <w:start w:w="90" w:type="dxa"/>
              <w:bottom w:w="80" w:type="dxa"/>
              <w:end w:w="90" w:type="dxa"/>
            </w:tcMar>
          </w:tcPr>
          <w:p>
            <w:r>
              <w:rPr>
                <w:b/>
                <w:color w:val="FFFFFF"/>
              </w:rPr>
              <w:t>Commitment</w:t>
            </w:r>
          </w:p>
        </w:tc>
      </w:tr>
      <w:tr>
        <w:tc>
          <w:tcPr>
            <w:tcW w:type="dxa" w:w="2033"/>
            <w:tcMar>
              <w:top w:w="80" w:type="dxa"/>
              <w:start w:w="90" w:type="dxa"/>
              <w:bottom w:w="80" w:type="dxa"/>
              <w:end w:w="90" w:type="dxa"/>
            </w:tcMar>
          </w:tcPr>
          <w:p>
            <w:r/>
          </w:p>
        </w:tc>
        <w:tc>
          <w:tcPr>
            <w:tcW w:type="dxa" w:w="2033"/>
            <w:tcMar>
              <w:top w:w="80" w:type="dxa"/>
              <w:start w:w="90" w:type="dxa"/>
              <w:bottom w:w="80" w:type="dxa"/>
              <w:end w:w="90" w:type="dxa"/>
            </w:tcMar>
          </w:tcPr>
          <w:p>
            <w:r/>
          </w:p>
        </w:tc>
        <w:tc>
          <w:tcPr>
            <w:tcW w:type="dxa" w:w="2033"/>
            <w:tcMar>
              <w:top w:w="80" w:type="dxa"/>
              <w:start w:w="90" w:type="dxa"/>
              <w:bottom w:w="80" w:type="dxa"/>
              <w:end w:w="90" w:type="dxa"/>
            </w:tcMar>
          </w:tcPr>
          <w:p>
            <w:r/>
          </w:p>
        </w:tc>
        <w:tc>
          <w:tcPr>
            <w:tcW w:type="dxa" w:w="2033"/>
            <w:tcMar>
              <w:top w:w="80" w:type="dxa"/>
              <w:start w:w="90" w:type="dxa"/>
              <w:bottom w:w="80" w:type="dxa"/>
              <w:end w:w="90" w:type="dxa"/>
            </w:tcMar>
          </w:tcPr>
          <w:p>
            <w:r/>
          </w:p>
        </w:tc>
        <w:tc>
          <w:tcPr>
            <w:tcW w:type="dxa" w:w="2033"/>
            <w:tcMar>
              <w:top w:w="80" w:type="dxa"/>
              <w:start w:w="90" w:type="dxa"/>
              <w:bottom w:w="80" w:type="dxa"/>
              <w:end w:w="90" w:type="dxa"/>
            </w:tcMar>
          </w:tcPr>
          <w:p>
            <w:r/>
          </w:p>
        </w:tc>
      </w:tr>
      <w:tr>
        <w:tc>
          <w:tcPr>
            <w:tcW w:type="dxa" w:w="2033"/>
            <w:tcMar>
              <w:top w:w="80" w:type="dxa"/>
              <w:start w:w="90" w:type="dxa"/>
              <w:bottom w:w="80" w:type="dxa"/>
              <w:end w:w="90" w:type="dxa"/>
            </w:tcMar>
          </w:tcPr>
          <w:p>
            <w:r/>
          </w:p>
        </w:tc>
        <w:tc>
          <w:tcPr>
            <w:tcW w:type="dxa" w:w="2033"/>
            <w:tcMar>
              <w:top w:w="80" w:type="dxa"/>
              <w:start w:w="90" w:type="dxa"/>
              <w:bottom w:w="80" w:type="dxa"/>
              <w:end w:w="90" w:type="dxa"/>
            </w:tcMar>
          </w:tcPr>
          <w:p>
            <w:r/>
          </w:p>
        </w:tc>
        <w:tc>
          <w:tcPr>
            <w:tcW w:type="dxa" w:w="2033"/>
            <w:tcMar>
              <w:top w:w="80" w:type="dxa"/>
              <w:start w:w="90" w:type="dxa"/>
              <w:bottom w:w="80" w:type="dxa"/>
              <w:end w:w="90" w:type="dxa"/>
            </w:tcMar>
          </w:tcPr>
          <w:p>
            <w:r/>
          </w:p>
        </w:tc>
        <w:tc>
          <w:tcPr>
            <w:tcW w:type="dxa" w:w="2033"/>
            <w:tcMar>
              <w:top w:w="80" w:type="dxa"/>
              <w:start w:w="90" w:type="dxa"/>
              <w:bottom w:w="80" w:type="dxa"/>
              <w:end w:w="90" w:type="dxa"/>
            </w:tcMar>
          </w:tcPr>
          <w:p>
            <w:r/>
          </w:p>
        </w:tc>
        <w:tc>
          <w:tcPr>
            <w:tcW w:type="dxa" w:w="2033"/>
            <w:tcMar>
              <w:top w:w="80" w:type="dxa"/>
              <w:start w:w="90" w:type="dxa"/>
              <w:bottom w:w="80" w:type="dxa"/>
              <w:end w:w="90" w:type="dxa"/>
            </w:tcMar>
          </w:tcPr>
          <w:p>
            <w:r/>
          </w:p>
        </w:tc>
      </w:tr>
      <w:tr>
        <w:tc>
          <w:tcPr>
            <w:tcW w:type="dxa" w:w="2033"/>
            <w:tcMar>
              <w:top w:w="80" w:type="dxa"/>
              <w:start w:w="90" w:type="dxa"/>
              <w:bottom w:w="80" w:type="dxa"/>
              <w:end w:w="90" w:type="dxa"/>
            </w:tcMar>
          </w:tcPr>
          <w:p>
            <w:r/>
          </w:p>
        </w:tc>
        <w:tc>
          <w:tcPr>
            <w:tcW w:type="dxa" w:w="2033"/>
            <w:tcMar>
              <w:top w:w="80" w:type="dxa"/>
              <w:start w:w="90" w:type="dxa"/>
              <w:bottom w:w="80" w:type="dxa"/>
              <w:end w:w="90" w:type="dxa"/>
            </w:tcMar>
          </w:tcPr>
          <w:p>
            <w:r/>
          </w:p>
        </w:tc>
        <w:tc>
          <w:tcPr>
            <w:tcW w:type="dxa" w:w="2033"/>
            <w:tcMar>
              <w:top w:w="80" w:type="dxa"/>
              <w:start w:w="90" w:type="dxa"/>
              <w:bottom w:w="80" w:type="dxa"/>
              <w:end w:w="90" w:type="dxa"/>
            </w:tcMar>
          </w:tcPr>
          <w:p>
            <w:r/>
          </w:p>
        </w:tc>
        <w:tc>
          <w:tcPr>
            <w:tcW w:type="dxa" w:w="2033"/>
            <w:tcMar>
              <w:top w:w="80" w:type="dxa"/>
              <w:start w:w="90" w:type="dxa"/>
              <w:bottom w:w="80" w:type="dxa"/>
              <w:end w:w="90" w:type="dxa"/>
            </w:tcMar>
          </w:tcPr>
          <w:p>
            <w:r/>
          </w:p>
        </w:tc>
        <w:tc>
          <w:tcPr>
            <w:tcW w:type="dxa" w:w="2033"/>
            <w:tcMar>
              <w:top w:w="80" w:type="dxa"/>
              <w:start w:w="90" w:type="dxa"/>
              <w:bottom w:w="80" w:type="dxa"/>
              <w:end w:w="90" w:type="dxa"/>
            </w:tcMar>
          </w:tcPr>
          <w:p>
            <w:r/>
          </w:p>
        </w:tc>
      </w:tr>
      <w:tr>
        <w:tc>
          <w:tcPr>
            <w:tcW w:type="dxa" w:w="2033"/>
            <w:tcMar>
              <w:top w:w="80" w:type="dxa"/>
              <w:start w:w="90" w:type="dxa"/>
              <w:bottom w:w="80" w:type="dxa"/>
              <w:end w:w="90" w:type="dxa"/>
            </w:tcMar>
          </w:tcPr>
          <w:p>
            <w:r/>
          </w:p>
        </w:tc>
        <w:tc>
          <w:tcPr>
            <w:tcW w:type="dxa" w:w="2033"/>
            <w:tcMar>
              <w:top w:w="80" w:type="dxa"/>
              <w:start w:w="90" w:type="dxa"/>
              <w:bottom w:w="80" w:type="dxa"/>
              <w:end w:w="90" w:type="dxa"/>
            </w:tcMar>
          </w:tcPr>
          <w:p>
            <w:r/>
          </w:p>
        </w:tc>
        <w:tc>
          <w:tcPr>
            <w:tcW w:type="dxa" w:w="2033"/>
            <w:tcMar>
              <w:top w:w="80" w:type="dxa"/>
              <w:start w:w="90" w:type="dxa"/>
              <w:bottom w:w="80" w:type="dxa"/>
              <w:end w:w="90" w:type="dxa"/>
            </w:tcMar>
          </w:tcPr>
          <w:p>
            <w:r/>
          </w:p>
        </w:tc>
        <w:tc>
          <w:tcPr>
            <w:tcW w:type="dxa" w:w="2033"/>
            <w:tcMar>
              <w:top w:w="80" w:type="dxa"/>
              <w:start w:w="90" w:type="dxa"/>
              <w:bottom w:w="80" w:type="dxa"/>
              <w:end w:w="90" w:type="dxa"/>
            </w:tcMar>
          </w:tcPr>
          <w:p>
            <w:r/>
          </w:p>
        </w:tc>
        <w:tc>
          <w:tcPr>
            <w:tcW w:type="dxa" w:w="2033"/>
            <w:tcMar>
              <w:top w:w="80" w:type="dxa"/>
              <w:start w:w="90" w:type="dxa"/>
              <w:bottom w:w="80" w:type="dxa"/>
              <w:end w:w="90" w:type="dxa"/>
            </w:tcMar>
          </w:tcPr>
          <w:p>
            <w:r/>
          </w:p>
        </w:tc>
      </w:tr>
      <w:tr>
        <w:tc>
          <w:tcPr>
            <w:tcW w:type="dxa" w:w="2033"/>
            <w:tcMar>
              <w:top w:w="80" w:type="dxa"/>
              <w:start w:w="90" w:type="dxa"/>
              <w:bottom w:w="80" w:type="dxa"/>
              <w:end w:w="90" w:type="dxa"/>
            </w:tcMar>
          </w:tcPr>
          <w:p>
            <w:r/>
          </w:p>
        </w:tc>
        <w:tc>
          <w:tcPr>
            <w:tcW w:type="dxa" w:w="2033"/>
            <w:tcMar>
              <w:top w:w="80" w:type="dxa"/>
              <w:start w:w="90" w:type="dxa"/>
              <w:bottom w:w="80" w:type="dxa"/>
              <w:end w:w="90" w:type="dxa"/>
            </w:tcMar>
          </w:tcPr>
          <w:p>
            <w:r/>
          </w:p>
        </w:tc>
        <w:tc>
          <w:tcPr>
            <w:tcW w:type="dxa" w:w="2033"/>
            <w:tcMar>
              <w:top w:w="80" w:type="dxa"/>
              <w:start w:w="90" w:type="dxa"/>
              <w:bottom w:w="80" w:type="dxa"/>
              <w:end w:w="90" w:type="dxa"/>
            </w:tcMar>
          </w:tcPr>
          <w:p>
            <w:r/>
          </w:p>
        </w:tc>
        <w:tc>
          <w:tcPr>
            <w:tcW w:type="dxa" w:w="2033"/>
            <w:tcMar>
              <w:top w:w="80" w:type="dxa"/>
              <w:start w:w="90" w:type="dxa"/>
              <w:bottom w:w="80" w:type="dxa"/>
              <w:end w:w="90" w:type="dxa"/>
            </w:tcMar>
          </w:tcPr>
          <w:p>
            <w:r/>
          </w:p>
        </w:tc>
        <w:tc>
          <w:tcPr>
            <w:tcW w:type="dxa" w:w="2033"/>
            <w:tcMar>
              <w:top w:w="80" w:type="dxa"/>
              <w:start w:w="90" w:type="dxa"/>
              <w:bottom w:w="80" w:type="dxa"/>
              <w:end w:w="90" w:type="dxa"/>
            </w:tcMar>
          </w:tcPr>
          <w:p>
            <w:r/>
          </w:p>
        </w:tc>
      </w:tr>
    </w:tbl>
    <w:p>
      <w:pPr>
        <w:pStyle w:val="Heading1"/>
      </w:pPr>
      <w:r>
        <w:t>Step 3: Create the vision and direction</w:t>
      </w:r>
    </w:p>
    <w:p>
      <w:r>
        <w:t>Describe the desired future and the strategic choices required to reach it.</w:t>
      </w:r>
    </w:p>
    <w:p>
      <w:pPr>
        <w:pStyle w:val="ListBullet"/>
        <w:spacing w:after="40"/>
      </w:pPr>
      <w:r>
        <w:t>Explain what will be different for customers, employees, and the organization.</w:t>
      </w:r>
    </w:p>
    <w:p>
      <w:pPr>
        <w:pStyle w:val="ListBullet"/>
        <w:spacing w:after="40"/>
      </w:pPr>
      <w:r>
        <w:t>Keep the vision clear enough to guide decisions.</w:t>
      </w:r>
    </w:p>
    <w:p>
      <w:pPr>
        <w:pStyle w:val="ListBullet"/>
        <w:spacing w:after="40"/>
      </w:pPr>
      <w:r>
        <w:t>Connect the vision to purpose and measurable outcomes.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2033"/>
        <w:gridCol w:w="2033"/>
        <w:gridCol w:w="2033"/>
        <w:gridCol w:w="2033"/>
        <w:gridCol w:w="2033"/>
      </w:tblGrid>
      <w:tr>
        <w:tc>
          <w:tcPr>
            <w:tcW w:type="dxa" w:w="2033"/>
            <w:shd w:fill="24313B"/>
            <w:tcMar>
              <w:top w:w="80" w:type="dxa"/>
              <w:start w:w="90" w:type="dxa"/>
              <w:bottom w:w="80" w:type="dxa"/>
              <w:end w:w="90" w:type="dxa"/>
            </w:tcMar>
          </w:tcPr>
          <w:p>
            <w:r>
              <w:rPr>
                <w:b/>
                <w:color w:val="FFFFFF"/>
              </w:rPr>
              <w:t>Vision element</w:t>
            </w:r>
          </w:p>
        </w:tc>
        <w:tc>
          <w:tcPr>
            <w:tcW w:type="dxa" w:w="2033"/>
            <w:shd w:fill="24313B"/>
            <w:tcMar>
              <w:top w:w="80" w:type="dxa"/>
              <w:start w:w="90" w:type="dxa"/>
              <w:bottom w:w="80" w:type="dxa"/>
              <w:end w:w="90" w:type="dxa"/>
            </w:tcMar>
          </w:tcPr>
          <w:p>
            <w:r>
              <w:rPr>
                <w:b/>
                <w:color w:val="FFFFFF"/>
              </w:rPr>
              <w:t>Meaning</w:t>
            </w:r>
          </w:p>
        </w:tc>
        <w:tc>
          <w:tcPr>
            <w:tcW w:type="dxa" w:w="2033"/>
            <w:shd w:fill="24313B"/>
            <w:tcMar>
              <w:top w:w="80" w:type="dxa"/>
              <w:start w:w="90" w:type="dxa"/>
              <w:bottom w:w="80" w:type="dxa"/>
              <w:end w:w="90" w:type="dxa"/>
            </w:tcMar>
          </w:tcPr>
          <w:p>
            <w:r>
              <w:rPr>
                <w:b/>
                <w:color w:val="FFFFFF"/>
              </w:rPr>
              <w:t>Measure</w:t>
            </w:r>
          </w:p>
        </w:tc>
        <w:tc>
          <w:tcPr>
            <w:tcW w:type="dxa" w:w="2033"/>
            <w:shd w:fill="24313B"/>
            <w:tcMar>
              <w:top w:w="80" w:type="dxa"/>
              <w:start w:w="90" w:type="dxa"/>
              <w:bottom w:w="80" w:type="dxa"/>
              <w:end w:w="90" w:type="dxa"/>
            </w:tcMar>
          </w:tcPr>
          <w:p>
            <w:r>
              <w:rPr>
                <w:b/>
                <w:color w:val="FFFFFF"/>
              </w:rPr>
              <w:t>Owner</w:t>
            </w:r>
          </w:p>
        </w:tc>
        <w:tc>
          <w:tcPr>
            <w:tcW w:type="dxa" w:w="2033"/>
            <w:shd w:fill="24313B"/>
            <w:tcMar>
              <w:top w:w="80" w:type="dxa"/>
              <w:start w:w="90" w:type="dxa"/>
              <w:bottom w:w="80" w:type="dxa"/>
              <w:end w:w="90" w:type="dxa"/>
            </w:tcMar>
          </w:tcPr>
          <w:p>
            <w:r>
              <w:rPr>
                <w:b/>
                <w:color w:val="FFFFFF"/>
              </w:rPr>
              <w:t>Decision supported</w:t>
            </w:r>
          </w:p>
        </w:tc>
      </w:tr>
      <w:tr>
        <w:tc>
          <w:tcPr>
            <w:tcW w:type="dxa" w:w="2033"/>
            <w:tcMar>
              <w:top w:w="80" w:type="dxa"/>
              <w:start w:w="90" w:type="dxa"/>
              <w:bottom w:w="80" w:type="dxa"/>
              <w:end w:w="90" w:type="dxa"/>
            </w:tcMar>
          </w:tcPr>
          <w:p>
            <w:r/>
          </w:p>
        </w:tc>
        <w:tc>
          <w:tcPr>
            <w:tcW w:type="dxa" w:w="2033"/>
            <w:tcMar>
              <w:top w:w="80" w:type="dxa"/>
              <w:start w:w="90" w:type="dxa"/>
              <w:bottom w:w="80" w:type="dxa"/>
              <w:end w:w="90" w:type="dxa"/>
            </w:tcMar>
          </w:tcPr>
          <w:p>
            <w:r/>
          </w:p>
        </w:tc>
        <w:tc>
          <w:tcPr>
            <w:tcW w:type="dxa" w:w="2033"/>
            <w:tcMar>
              <w:top w:w="80" w:type="dxa"/>
              <w:start w:w="90" w:type="dxa"/>
              <w:bottom w:w="80" w:type="dxa"/>
              <w:end w:w="90" w:type="dxa"/>
            </w:tcMar>
          </w:tcPr>
          <w:p>
            <w:r/>
          </w:p>
        </w:tc>
        <w:tc>
          <w:tcPr>
            <w:tcW w:type="dxa" w:w="2033"/>
            <w:tcMar>
              <w:top w:w="80" w:type="dxa"/>
              <w:start w:w="90" w:type="dxa"/>
              <w:bottom w:w="80" w:type="dxa"/>
              <w:end w:w="90" w:type="dxa"/>
            </w:tcMar>
          </w:tcPr>
          <w:p>
            <w:r/>
          </w:p>
        </w:tc>
        <w:tc>
          <w:tcPr>
            <w:tcW w:type="dxa" w:w="2033"/>
            <w:tcMar>
              <w:top w:w="80" w:type="dxa"/>
              <w:start w:w="90" w:type="dxa"/>
              <w:bottom w:w="80" w:type="dxa"/>
              <w:end w:w="90" w:type="dxa"/>
            </w:tcMar>
          </w:tcPr>
          <w:p>
            <w:r/>
          </w:p>
        </w:tc>
      </w:tr>
      <w:tr>
        <w:tc>
          <w:tcPr>
            <w:tcW w:type="dxa" w:w="2033"/>
            <w:tcMar>
              <w:top w:w="80" w:type="dxa"/>
              <w:start w:w="90" w:type="dxa"/>
              <w:bottom w:w="80" w:type="dxa"/>
              <w:end w:w="90" w:type="dxa"/>
            </w:tcMar>
          </w:tcPr>
          <w:p>
            <w:r/>
          </w:p>
        </w:tc>
        <w:tc>
          <w:tcPr>
            <w:tcW w:type="dxa" w:w="2033"/>
            <w:tcMar>
              <w:top w:w="80" w:type="dxa"/>
              <w:start w:w="90" w:type="dxa"/>
              <w:bottom w:w="80" w:type="dxa"/>
              <w:end w:w="90" w:type="dxa"/>
            </w:tcMar>
          </w:tcPr>
          <w:p>
            <w:r/>
          </w:p>
        </w:tc>
        <w:tc>
          <w:tcPr>
            <w:tcW w:type="dxa" w:w="2033"/>
            <w:tcMar>
              <w:top w:w="80" w:type="dxa"/>
              <w:start w:w="90" w:type="dxa"/>
              <w:bottom w:w="80" w:type="dxa"/>
              <w:end w:w="90" w:type="dxa"/>
            </w:tcMar>
          </w:tcPr>
          <w:p>
            <w:r/>
          </w:p>
        </w:tc>
        <w:tc>
          <w:tcPr>
            <w:tcW w:type="dxa" w:w="2033"/>
            <w:tcMar>
              <w:top w:w="80" w:type="dxa"/>
              <w:start w:w="90" w:type="dxa"/>
              <w:bottom w:w="80" w:type="dxa"/>
              <w:end w:w="90" w:type="dxa"/>
            </w:tcMar>
          </w:tcPr>
          <w:p>
            <w:r/>
          </w:p>
        </w:tc>
        <w:tc>
          <w:tcPr>
            <w:tcW w:type="dxa" w:w="2033"/>
            <w:tcMar>
              <w:top w:w="80" w:type="dxa"/>
              <w:start w:w="90" w:type="dxa"/>
              <w:bottom w:w="80" w:type="dxa"/>
              <w:end w:w="90" w:type="dxa"/>
            </w:tcMar>
          </w:tcPr>
          <w:p>
            <w:r/>
          </w:p>
        </w:tc>
      </w:tr>
      <w:tr>
        <w:tc>
          <w:tcPr>
            <w:tcW w:type="dxa" w:w="2033"/>
            <w:tcMar>
              <w:top w:w="80" w:type="dxa"/>
              <w:start w:w="90" w:type="dxa"/>
              <w:bottom w:w="80" w:type="dxa"/>
              <w:end w:w="90" w:type="dxa"/>
            </w:tcMar>
          </w:tcPr>
          <w:p>
            <w:r/>
          </w:p>
        </w:tc>
        <w:tc>
          <w:tcPr>
            <w:tcW w:type="dxa" w:w="2033"/>
            <w:tcMar>
              <w:top w:w="80" w:type="dxa"/>
              <w:start w:w="90" w:type="dxa"/>
              <w:bottom w:w="80" w:type="dxa"/>
              <w:end w:w="90" w:type="dxa"/>
            </w:tcMar>
          </w:tcPr>
          <w:p>
            <w:r/>
          </w:p>
        </w:tc>
        <w:tc>
          <w:tcPr>
            <w:tcW w:type="dxa" w:w="2033"/>
            <w:tcMar>
              <w:top w:w="80" w:type="dxa"/>
              <w:start w:w="90" w:type="dxa"/>
              <w:bottom w:w="80" w:type="dxa"/>
              <w:end w:w="90" w:type="dxa"/>
            </w:tcMar>
          </w:tcPr>
          <w:p>
            <w:r/>
          </w:p>
        </w:tc>
        <w:tc>
          <w:tcPr>
            <w:tcW w:type="dxa" w:w="2033"/>
            <w:tcMar>
              <w:top w:w="80" w:type="dxa"/>
              <w:start w:w="90" w:type="dxa"/>
              <w:bottom w:w="80" w:type="dxa"/>
              <w:end w:w="90" w:type="dxa"/>
            </w:tcMar>
          </w:tcPr>
          <w:p>
            <w:r/>
          </w:p>
        </w:tc>
        <w:tc>
          <w:tcPr>
            <w:tcW w:type="dxa" w:w="2033"/>
            <w:tcMar>
              <w:top w:w="80" w:type="dxa"/>
              <w:start w:w="90" w:type="dxa"/>
              <w:bottom w:w="80" w:type="dxa"/>
              <w:end w:w="90" w:type="dxa"/>
            </w:tcMar>
          </w:tcPr>
          <w:p>
            <w:r/>
          </w:p>
        </w:tc>
      </w:tr>
      <w:tr>
        <w:tc>
          <w:tcPr>
            <w:tcW w:type="dxa" w:w="2033"/>
            <w:tcMar>
              <w:top w:w="80" w:type="dxa"/>
              <w:start w:w="90" w:type="dxa"/>
              <w:bottom w:w="80" w:type="dxa"/>
              <w:end w:w="90" w:type="dxa"/>
            </w:tcMar>
          </w:tcPr>
          <w:p>
            <w:r/>
          </w:p>
        </w:tc>
        <w:tc>
          <w:tcPr>
            <w:tcW w:type="dxa" w:w="2033"/>
            <w:tcMar>
              <w:top w:w="80" w:type="dxa"/>
              <w:start w:w="90" w:type="dxa"/>
              <w:bottom w:w="80" w:type="dxa"/>
              <w:end w:w="90" w:type="dxa"/>
            </w:tcMar>
          </w:tcPr>
          <w:p>
            <w:r/>
          </w:p>
        </w:tc>
        <w:tc>
          <w:tcPr>
            <w:tcW w:type="dxa" w:w="2033"/>
            <w:tcMar>
              <w:top w:w="80" w:type="dxa"/>
              <w:start w:w="90" w:type="dxa"/>
              <w:bottom w:w="80" w:type="dxa"/>
              <w:end w:w="90" w:type="dxa"/>
            </w:tcMar>
          </w:tcPr>
          <w:p>
            <w:r/>
          </w:p>
        </w:tc>
        <w:tc>
          <w:tcPr>
            <w:tcW w:type="dxa" w:w="2033"/>
            <w:tcMar>
              <w:top w:w="80" w:type="dxa"/>
              <w:start w:w="90" w:type="dxa"/>
              <w:bottom w:w="80" w:type="dxa"/>
              <w:end w:w="90" w:type="dxa"/>
            </w:tcMar>
          </w:tcPr>
          <w:p>
            <w:r/>
          </w:p>
        </w:tc>
        <w:tc>
          <w:tcPr>
            <w:tcW w:type="dxa" w:w="2033"/>
            <w:tcMar>
              <w:top w:w="80" w:type="dxa"/>
              <w:start w:w="90" w:type="dxa"/>
              <w:bottom w:w="80" w:type="dxa"/>
              <w:end w:w="90" w:type="dxa"/>
            </w:tcMar>
          </w:tcPr>
          <w:p>
            <w:r/>
          </w:p>
        </w:tc>
      </w:tr>
      <w:tr>
        <w:tc>
          <w:tcPr>
            <w:tcW w:type="dxa" w:w="2033"/>
            <w:tcMar>
              <w:top w:w="80" w:type="dxa"/>
              <w:start w:w="90" w:type="dxa"/>
              <w:bottom w:w="80" w:type="dxa"/>
              <w:end w:w="90" w:type="dxa"/>
            </w:tcMar>
          </w:tcPr>
          <w:p>
            <w:r/>
          </w:p>
        </w:tc>
        <w:tc>
          <w:tcPr>
            <w:tcW w:type="dxa" w:w="2033"/>
            <w:tcMar>
              <w:top w:w="80" w:type="dxa"/>
              <w:start w:w="90" w:type="dxa"/>
              <w:bottom w:w="80" w:type="dxa"/>
              <w:end w:w="90" w:type="dxa"/>
            </w:tcMar>
          </w:tcPr>
          <w:p>
            <w:r/>
          </w:p>
        </w:tc>
        <w:tc>
          <w:tcPr>
            <w:tcW w:type="dxa" w:w="2033"/>
            <w:tcMar>
              <w:top w:w="80" w:type="dxa"/>
              <w:start w:w="90" w:type="dxa"/>
              <w:bottom w:w="80" w:type="dxa"/>
              <w:end w:w="90" w:type="dxa"/>
            </w:tcMar>
          </w:tcPr>
          <w:p>
            <w:r/>
          </w:p>
        </w:tc>
        <w:tc>
          <w:tcPr>
            <w:tcW w:type="dxa" w:w="2033"/>
            <w:tcMar>
              <w:top w:w="80" w:type="dxa"/>
              <w:start w:w="90" w:type="dxa"/>
              <w:bottom w:w="80" w:type="dxa"/>
              <w:end w:w="90" w:type="dxa"/>
            </w:tcMar>
          </w:tcPr>
          <w:p>
            <w:r/>
          </w:p>
        </w:tc>
        <w:tc>
          <w:tcPr>
            <w:tcW w:type="dxa" w:w="2033"/>
            <w:tcMar>
              <w:top w:w="80" w:type="dxa"/>
              <w:start w:w="90" w:type="dxa"/>
              <w:bottom w:w="80" w:type="dxa"/>
              <w:end w:w="90" w:type="dxa"/>
            </w:tcMar>
          </w:tcPr>
          <w:p>
            <w:r/>
          </w:p>
        </w:tc>
      </w:tr>
    </w:tbl>
    <w:p>
      <w:pPr>
        <w:pStyle w:val="Heading1"/>
      </w:pPr>
      <w:r>
        <w:t>Step 4: Communicate the vision</w:t>
      </w:r>
    </w:p>
    <w:p>
      <w:r>
        <w:t>Repeat the message through credible leaders, relevant channels, and two-way dialogue.</w:t>
      </w:r>
    </w:p>
    <w:p>
      <w:pPr>
        <w:pStyle w:val="ListBullet"/>
        <w:spacing w:after="40"/>
      </w:pPr>
      <w:r>
        <w:t>Tailor messages by stakeholder group.</w:t>
      </w:r>
    </w:p>
    <w:p>
      <w:pPr>
        <w:pStyle w:val="ListBullet"/>
        <w:spacing w:after="40"/>
      </w:pPr>
      <w:r>
        <w:t>Explain what changes, why, how, when, and what stays the same.</w:t>
      </w:r>
    </w:p>
    <w:p>
      <w:pPr>
        <w:pStyle w:val="ListBullet"/>
        <w:spacing w:after="40"/>
      </w:pPr>
      <w:r>
        <w:t>Create feedback loops and respond visibly.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2033"/>
        <w:gridCol w:w="2033"/>
        <w:gridCol w:w="2033"/>
        <w:gridCol w:w="2033"/>
        <w:gridCol w:w="2033"/>
      </w:tblGrid>
      <w:tr>
        <w:tc>
          <w:tcPr>
            <w:tcW w:type="dxa" w:w="2033"/>
            <w:shd w:fill="24313B"/>
            <w:tcMar>
              <w:top w:w="80" w:type="dxa"/>
              <w:start w:w="90" w:type="dxa"/>
              <w:bottom w:w="80" w:type="dxa"/>
              <w:end w:w="90" w:type="dxa"/>
            </w:tcMar>
          </w:tcPr>
          <w:p>
            <w:r>
              <w:rPr>
                <w:b/>
                <w:color w:val="FFFFFF"/>
              </w:rPr>
              <w:t>Audience</w:t>
            </w:r>
          </w:p>
        </w:tc>
        <w:tc>
          <w:tcPr>
            <w:tcW w:type="dxa" w:w="2033"/>
            <w:shd w:fill="24313B"/>
            <w:tcMar>
              <w:top w:w="80" w:type="dxa"/>
              <w:start w:w="90" w:type="dxa"/>
              <w:bottom w:w="80" w:type="dxa"/>
              <w:end w:w="90" w:type="dxa"/>
            </w:tcMar>
          </w:tcPr>
          <w:p>
            <w:r>
              <w:rPr>
                <w:b/>
                <w:color w:val="FFFFFF"/>
              </w:rPr>
              <w:t>Message</w:t>
            </w:r>
          </w:p>
        </w:tc>
        <w:tc>
          <w:tcPr>
            <w:tcW w:type="dxa" w:w="2033"/>
            <w:shd w:fill="24313B"/>
            <w:tcMar>
              <w:top w:w="80" w:type="dxa"/>
              <w:start w:w="90" w:type="dxa"/>
              <w:bottom w:w="80" w:type="dxa"/>
              <w:end w:w="90" w:type="dxa"/>
            </w:tcMar>
          </w:tcPr>
          <w:p>
            <w:r>
              <w:rPr>
                <w:b/>
                <w:color w:val="FFFFFF"/>
              </w:rPr>
              <w:t>Messenger</w:t>
            </w:r>
          </w:p>
        </w:tc>
        <w:tc>
          <w:tcPr>
            <w:tcW w:type="dxa" w:w="2033"/>
            <w:shd w:fill="24313B"/>
            <w:tcMar>
              <w:top w:w="80" w:type="dxa"/>
              <w:start w:w="90" w:type="dxa"/>
              <w:bottom w:w="80" w:type="dxa"/>
              <w:end w:w="90" w:type="dxa"/>
            </w:tcMar>
          </w:tcPr>
          <w:p>
            <w:r>
              <w:rPr>
                <w:b/>
                <w:color w:val="FFFFFF"/>
              </w:rPr>
              <w:t>Channel</w:t>
            </w:r>
          </w:p>
        </w:tc>
        <w:tc>
          <w:tcPr>
            <w:tcW w:type="dxa" w:w="2033"/>
            <w:shd w:fill="24313B"/>
            <w:tcMar>
              <w:top w:w="80" w:type="dxa"/>
              <w:start w:w="90" w:type="dxa"/>
              <w:bottom w:w="80" w:type="dxa"/>
              <w:end w:w="90" w:type="dxa"/>
            </w:tcMar>
          </w:tcPr>
          <w:p>
            <w:r>
              <w:rPr>
                <w:b/>
                <w:color w:val="FFFFFF"/>
              </w:rPr>
              <w:t>Feedback method</w:t>
            </w:r>
          </w:p>
        </w:tc>
      </w:tr>
      <w:tr>
        <w:tc>
          <w:tcPr>
            <w:tcW w:type="dxa" w:w="2033"/>
            <w:tcMar>
              <w:top w:w="80" w:type="dxa"/>
              <w:start w:w="90" w:type="dxa"/>
              <w:bottom w:w="80" w:type="dxa"/>
              <w:end w:w="90" w:type="dxa"/>
            </w:tcMar>
          </w:tcPr>
          <w:p>
            <w:r/>
          </w:p>
        </w:tc>
        <w:tc>
          <w:tcPr>
            <w:tcW w:type="dxa" w:w="2033"/>
            <w:tcMar>
              <w:top w:w="80" w:type="dxa"/>
              <w:start w:w="90" w:type="dxa"/>
              <w:bottom w:w="80" w:type="dxa"/>
              <w:end w:w="90" w:type="dxa"/>
            </w:tcMar>
          </w:tcPr>
          <w:p>
            <w:r/>
          </w:p>
        </w:tc>
        <w:tc>
          <w:tcPr>
            <w:tcW w:type="dxa" w:w="2033"/>
            <w:tcMar>
              <w:top w:w="80" w:type="dxa"/>
              <w:start w:w="90" w:type="dxa"/>
              <w:bottom w:w="80" w:type="dxa"/>
              <w:end w:w="90" w:type="dxa"/>
            </w:tcMar>
          </w:tcPr>
          <w:p>
            <w:r/>
          </w:p>
        </w:tc>
        <w:tc>
          <w:tcPr>
            <w:tcW w:type="dxa" w:w="2033"/>
            <w:tcMar>
              <w:top w:w="80" w:type="dxa"/>
              <w:start w:w="90" w:type="dxa"/>
              <w:bottom w:w="80" w:type="dxa"/>
              <w:end w:w="90" w:type="dxa"/>
            </w:tcMar>
          </w:tcPr>
          <w:p>
            <w:r/>
          </w:p>
        </w:tc>
        <w:tc>
          <w:tcPr>
            <w:tcW w:type="dxa" w:w="2033"/>
            <w:tcMar>
              <w:top w:w="80" w:type="dxa"/>
              <w:start w:w="90" w:type="dxa"/>
              <w:bottom w:w="80" w:type="dxa"/>
              <w:end w:w="90" w:type="dxa"/>
            </w:tcMar>
          </w:tcPr>
          <w:p>
            <w:r/>
          </w:p>
        </w:tc>
      </w:tr>
      <w:tr>
        <w:tc>
          <w:tcPr>
            <w:tcW w:type="dxa" w:w="2033"/>
            <w:tcMar>
              <w:top w:w="80" w:type="dxa"/>
              <w:start w:w="90" w:type="dxa"/>
              <w:bottom w:w="80" w:type="dxa"/>
              <w:end w:w="90" w:type="dxa"/>
            </w:tcMar>
          </w:tcPr>
          <w:p>
            <w:r/>
          </w:p>
        </w:tc>
        <w:tc>
          <w:tcPr>
            <w:tcW w:type="dxa" w:w="2033"/>
            <w:tcMar>
              <w:top w:w="80" w:type="dxa"/>
              <w:start w:w="90" w:type="dxa"/>
              <w:bottom w:w="80" w:type="dxa"/>
              <w:end w:w="90" w:type="dxa"/>
            </w:tcMar>
          </w:tcPr>
          <w:p>
            <w:r/>
          </w:p>
        </w:tc>
        <w:tc>
          <w:tcPr>
            <w:tcW w:type="dxa" w:w="2033"/>
            <w:tcMar>
              <w:top w:w="80" w:type="dxa"/>
              <w:start w:w="90" w:type="dxa"/>
              <w:bottom w:w="80" w:type="dxa"/>
              <w:end w:w="90" w:type="dxa"/>
            </w:tcMar>
          </w:tcPr>
          <w:p>
            <w:r/>
          </w:p>
        </w:tc>
        <w:tc>
          <w:tcPr>
            <w:tcW w:type="dxa" w:w="2033"/>
            <w:tcMar>
              <w:top w:w="80" w:type="dxa"/>
              <w:start w:w="90" w:type="dxa"/>
              <w:bottom w:w="80" w:type="dxa"/>
              <w:end w:w="90" w:type="dxa"/>
            </w:tcMar>
          </w:tcPr>
          <w:p>
            <w:r/>
          </w:p>
        </w:tc>
        <w:tc>
          <w:tcPr>
            <w:tcW w:type="dxa" w:w="2033"/>
            <w:tcMar>
              <w:top w:w="80" w:type="dxa"/>
              <w:start w:w="90" w:type="dxa"/>
              <w:bottom w:w="80" w:type="dxa"/>
              <w:end w:w="90" w:type="dxa"/>
            </w:tcMar>
          </w:tcPr>
          <w:p>
            <w:r/>
          </w:p>
        </w:tc>
      </w:tr>
      <w:tr>
        <w:tc>
          <w:tcPr>
            <w:tcW w:type="dxa" w:w="2033"/>
            <w:tcMar>
              <w:top w:w="80" w:type="dxa"/>
              <w:start w:w="90" w:type="dxa"/>
              <w:bottom w:w="80" w:type="dxa"/>
              <w:end w:w="90" w:type="dxa"/>
            </w:tcMar>
          </w:tcPr>
          <w:p>
            <w:r/>
          </w:p>
        </w:tc>
        <w:tc>
          <w:tcPr>
            <w:tcW w:type="dxa" w:w="2033"/>
            <w:tcMar>
              <w:top w:w="80" w:type="dxa"/>
              <w:start w:w="90" w:type="dxa"/>
              <w:bottom w:w="80" w:type="dxa"/>
              <w:end w:w="90" w:type="dxa"/>
            </w:tcMar>
          </w:tcPr>
          <w:p>
            <w:r/>
          </w:p>
        </w:tc>
        <w:tc>
          <w:tcPr>
            <w:tcW w:type="dxa" w:w="2033"/>
            <w:tcMar>
              <w:top w:w="80" w:type="dxa"/>
              <w:start w:w="90" w:type="dxa"/>
              <w:bottom w:w="80" w:type="dxa"/>
              <w:end w:w="90" w:type="dxa"/>
            </w:tcMar>
          </w:tcPr>
          <w:p>
            <w:r/>
          </w:p>
        </w:tc>
        <w:tc>
          <w:tcPr>
            <w:tcW w:type="dxa" w:w="2033"/>
            <w:tcMar>
              <w:top w:w="80" w:type="dxa"/>
              <w:start w:w="90" w:type="dxa"/>
              <w:bottom w:w="80" w:type="dxa"/>
              <w:end w:w="90" w:type="dxa"/>
            </w:tcMar>
          </w:tcPr>
          <w:p>
            <w:r/>
          </w:p>
        </w:tc>
        <w:tc>
          <w:tcPr>
            <w:tcW w:type="dxa" w:w="2033"/>
            <w:tcMar>
              <w:top w:w="80" w:type="dxa"/>
              <w:start w:w="90" w:type="dxa"/>
              <w:bottom w:w="80" w:type="dxa"/>
              <w:end w:w="90" w:type="dxa"/>
            </w:tcMar>
          </w:tcPr>
          <w:p>
            <w:r/>
          </w:p>
        </w:tc>
      </w:tr>
      <w:tr>
        <w:tc>
          <w:tcPr>
            <w:tcW w:type="dxa" w:w="2033"/>
            <w:tcMar>
              <w:top w:w="80" w:type="dxa"/>
              <w:start w:w="90" w:type="dxa"/>
              <w:bottom w:w="80" w:type="dxa"/>
              <w:end w:w="90" w:type="dxa"/>
            </w:tcMar>
          </w:tcPr>
          <w:p>
            <w:r/>
          </w:p>
        </w:tc>
        <w:tc>
          <w:tcPr>
            <w:tcW w:type="dxa" w:w="2033"/>
            <w:tcMar>
              <w:top w:w="80" w:type="dxa"/>
              <w:start w:w="90" w:type="dxa"/>
              <w:bottom w:w="80" w:type="dxa"/>
              <w:end w:w="90" w:type="dxa"/>
            </w:tcMar>
          </w:tcPr>
          <w:p>
            <w:r/>
          </w:p>
        </w:tc>
        <w:tc>
          <w:tcPr>
            <w:tcW w:type="dxa" w:w="2033"/>
            <w:tcMar>
              <w:top w:w="80" w:type="dxa"/>
              <w:start w:w="90" w:type="dxa"/>
              <w:bottom w:w="80" w:type="dxa"/>
              <w:end w:w="90" w:type="dxa"/>
            </w:tcMar>
          </w:tcPr>
          <w:p>
            <w:r/>
          </w:p>
        </w:tc>
        <w:tc>
          <w:tcPr>
            <w:tcW w:type="dxa" w:w="2033"/>
            <w:tcMar>
              <w:top w:w="80" w:type="dxa"/>
              <w:start w:w="90" w:type="dxa"/>
              <w:bottom w:w="80" w:type="dxa"/>
              <w:end w:w="90" w:type="dxa"/>
            </w:tcMar>
          </w:tcPr>
          <w:p>
            <w:r/>
          </w:p>
        </w:tc>
        <w:tc>
          <w:tcPr>
            <w:tcW w:type="dxa" w:w="2033"/>
            <w:tcMar>
              <w:top w:w="80" w:type="dxa"/>
              <w:start w:w="90" w:type="dxa"/>
              <w:bottom w:w="80" w:type="dxa"/>
              <w:end w:w="90" w:type="dxa"/>
            </w:tcMar>
          </w:tcPr>
          <w:p>
            <w:r/>
          </w:p>
        </w:tc>
      </w:tr>
      <w:tr>
        <w:tc>
          <w:tcPr>
            <w:tcW w:type="dxa" w:w="2033"/>
            <w:tcMar>
              <w:top w:w="80" w:type="dxa"/>
              <w:start w:w="90" w:type="dxa"/>
              <w:bottom w:w="80" w:type="dxa"/>
              <w:end w:w="90" w:type="dxa"/>
            </w:tcMar>
          </w:tcPr>
          <w:p>
            <w:r/>
          </w:p>
        </w:tc>
        <w:tc>
          <w:tcPr>
            <w:tcW w:type="dxa" w:w="2033"/>
            <w:tcMar>
              <w:top w:w="80" w:type="dxa"/>
              <w:start w:w="90" w:type="dxa"/>
              <w:bottom w:w="80" w:type="dxa"/>
              <w:end w:w="90" w:type="dxa"/>
            </w:tcMar>
          </w:tcPr>
          <w:p>
            <w:r/>
          </w:p>
        </w:tc>
        <w:tc>
          <w:tcPr>
            <w:tcW w:type="dxa" w:w="2033"/>
            <w:tcMar>
              <w:top w:w="80" w:type="dxa"/>
              <w:start w:w="90" w:type="dxa"/>
              <w:bottom w:w="80" w:type="dxa"/>
              <w:end w:w="90" w:type="dxa"/>
            </w:tcMar>
          </w:tcPr>
          <w:p>
            <w:r/>
          </w:p>
        </w:tc>
        <w:tc>
          <w:tcPr>
            <w:tcW w:type="dxa" w:w="2033"/>
            <w:tcMar>
              <w:top w:w="80" w:type="dxa"/>
              <w:start w:w="90" w:type="dxa"/>
              <w:bottom w:w="80" w:type="dxa"/>
              <w:end w:w="90" w:type="dxa"/>
            </w:tcMar>
          </w:tcPr>
          <w:p>
            <w:r/>
          </w:p>
        </w:tc>
        <w:tc>
          <w:tcPr>
            <w:tcW w:type="dxa" w:w="2033"/>
            <w:tcMar>
              <w:top w:w="80" w:type="dxa"/>
              <w:start w:w="90" w:type="dxa"/>
              <w:bottom w:w="80" w:type="dxa"/>
              <w:end w:w="90" w:type="dxa"/>
            </w:tcMar>
          </w:tcPr>
          <w:p>
            <w:r/>
          </w:p>
        </w:tc>
      </w:tr>
    </w:tbl>
    <w:p>
      <w:pPr>
        <w:pStyle w:val="Heading1"/>
      </w:pPr>
      <w:r>
        <w:t>Step 5: Remove obstacles</w:t>
      </w:r>
    </w:p>
    <w:p>
      <w:r>
        <w:t>Address barriers that prevent people from acting in line with the change.</w:t>
      </w:r>
    </w:p>
    <w:p>
      <w:pPr>
        <w:pStyle w:val="ListBullet"/>
        <w:spacing w:after="40"/>
      </w:pPr>
      <w:r>
        <w:t>Review policies, approvals, systems, incentives, workload, skills, and manager behaviour.</w:t>
      </w:r>
    </w:p>
    <w:p>
      <w:pPr>
        <w:pStyle w:val="ListBullet"/>
        <w:spacing w:after="40"/>
      </w:pPr>
      <w:r>
        <w:t>Escalate cross-functional obstacles through governance.</w:t>
      </w:r>
    </w:p>
    <w:p>
      <w:pPr>
        <w:pStyle w:val="ListBullet"/>
        <w:spacing w:after="40"/>
      </w:pPr>
      <w:r>
        <w:t>Provide resources and authority required for execution.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2033"/>
        <w:gridCol w:w="2033"/>
        <w:gridCol w:w="2033"/>
        <w:gridCol w:w="2033"/>
        <w:gridCol w:w="2033"/>
      </w:tblGrid>
      <w:tr>
        <w:tc>
          <w:tcPr>
            <w:tcW w:type="dxa" w:w="2033"/>
            <w:shd w:fill="24313B"/>
            <w:tcMar>
              <w:top w:w="80" w:type="dxa"/>
              <w:start w:w="90" w:type="dxa"/>
              <w:bottom w:w="80" w:type="dxa"/>
              <w:end w:w="90" w:type="dxa"/>
            </w:tcMar>
          </w:tcPr>
          <w:p>
            <w:r>
              <w:rPr>
                <w:b/>
                <w:color w:val="FFFFFF"/>
              </w:rPr>
              <w:t>Obstacle</w:t>
            </w:r>
          </w:p>
        </w:tc>
        <w:tc>
          <w:tcPr>
            <w:tcW w:type="dxa" w:w="2033"/>
            <w:shd w:fill="24313B"/>
            <w:tcMar>
              <w:top w:w="80" w:type="dxa"/>
              <w:start w:w="90" w:type="dxa"/>
              <w:bottom w:w="80" w:type="dxa"/>
              <w:end w:w="90" w:type="dxa"/>
            </w:tcMar>
          </w:tcPr>
          <w:p>
            <w:r>
              <w:rPr>
                <w:b/>
                <w:color w:val="FFFFFF"/>
              </w:rPr>
              <w:t>Impact</w:t>
            </w:r>
          </w:p>
        </w:tc>
        <w:tc>
          <w:tcPr>
            <w:tcW w:type="dxa" w:w="2033"/>
            <w:shd w:fill="24313B"/>
            <w:tcMar>
              <w:top w:w="80" w:type="dxa"/>
              <w:start w:w="90" w:type="dxa"/>
              <w:bottom w:w="80" w:type="dxa"/>
              <w:end w:w="90" w:type="dxa"/>
            </w:tcMar>
          </w:tcPr>
          <w:p>
            <w:r>
              <w:rPr>
                <w:b/>
                <w:color w:val="FFFFFF"/>
              </w:rPr>
              <w:t>Action</w:t>
            </w:r>
          </w:p>
        </w:tc>
        <w:tc>
          <w:tcPr>
            <w:tcW w:type="dxa" w:w="2033"/>
            <w:shd w:fill="24313B"/>
            <w:tcMar>
              <w:top w:w="80" w:type="dxa"/>
              <w:start w:w="90" w:type="dxa"/>
              <w:bottom w:w="80" w:type="dxa"/>
              <w:end w:w="90" w:type="dxa"/>
            </w:tcMar>
          </w:tcPr>
          <w:p>
            <w:r>
              <w:rPr>
                <w:b/>
                <w:color w:val="FFFFFF"/>
              </w:rPr>
              <w:t>Owner</w:t>
            </w:r>
          </w:p>
        </w:tc>
        <w:tc>
          <w:tcPr>
            <w:tcW w:type="dxa" w:w="2033"/>
            <w:shd w:fill="24313B"/>
            <w:tcMar>
              <w:top w:w="80" w:type="dxa"/>
              <w:start w:w="90" w:type="dxa"/>
              <w:bottom w:w="80" w:type="dxa"/>
              <w:end w:w="90" w:type="dxa"/>
            </w:tcMar>
          </w:tcPr>
          <w:p>
            <w:r>
              <w:rPr>
                <w:b/>
                <w:color w:val="FFFFFF"/>
              </w:rPr>
              <w:t>Resolution date</w:t>
            </w:r>
          </w:p>
        </w:tc>
      </w:tr>
      <w:tr>
        <w:tc>
          <w:tcPr>
            <w:tcW w:type="dxa" w:w="2033"/>
            <w:tcMar>
              <w:top w:w="80" w:type="dxa"/>
              <w:start w:w="90" w:type="dxa"/>
              <w:bottom w:w="80" w:type="dxa"/>
              <w:end w:w="90" w:type="dxa"/>
            </w:tcMar>
          </w:tcPr>
          <w:p>
            <w:r/>
          </w:p>
        </w:tc>
        <w:tc>
          <w:tcPr>
            <w:tcW w:type="dxa" w:w="2033"/>
            <w:tcMar>
              <w:top w:w="80" w:type="dxa"/>
              <w:start w:w="90" w:type="dxa"/>
              <w:bottom w:w="80" w:type="dxa"/>
              <w:end w:w="90" w:type="dxa"/>
            </w:tcMar>
          </w:tcPr>
          <w:p>
            <w:r/>
          </w:p>
        </w:tc>
        <w:tc>
          <w:tcPr>
            <w:tcW w:type="dxa" w:w="2033"/>
            <w:tcMar>
              <w:top w:w="80" w:type="dxa"/>
              <w:start w:w="90" w:type="dxa"/>
              <w:bottom w:w="80" w:type="dxa"/>
              <w:end w:w="90" w:type="dxa"/>
            </w:tcMar>
          </w:tcPr>
          <w:p>
            <w:r/>
          </w:p>
        </w:tc>
        <w:tc>
          <w:tcPr>
            <w:tcW w:type="dxa" w:w="2033"/>
            <w:tcMar>
              <w:top w:w="80" w:type="dxa"/>
              <w:start w:w="90" w:type="dxa"/>
              <w:bottom w:w="80" w:type="dxa"/>
              <w:end w:w="90" w:type="dxa"/>
            </w:tcMar>
          </w:tcPr>
          <w:p>
            <w:r/>
          </w:p>
        </w:tc>
        <w:tc>
          <w:tcPr>
            <w:tcW w:type="dxa" w:w="2033"/>
            <w:tcMar>
              <w:top w:w="80" w:type="dxa"/>
              <w:start w:w="90" w:type="dxa"/>
              <w:bottom w:w="80" w:type="dxa"/>
              <w:end w:w="90" w:type="dxa"/>
            </w:tcMar>
          </w:tcPr>
          <w:p>
            <w:r/>
          </w:p>
        </w:tc>
      </w:tr>
      <w:tr>
        <w:tc>
          <w:tcPr>
            <w:tcW w:type="dxa" w:w="2033"/>
            <w:tcMar>
              <w:top w:w="80" w:type="dxa"/>
              <w:start w:w="90" w:type="dxa"/>
              <w:bottom w:w="80" w:type="dxa"/>
              <w:end w:w="90" w:type="dxa"/>
            </w:tcMar>
          </w:tcPr>
          <w:p>
            <w:r/>
          </w:p>
        </w:tc>
        <w:tc>
          <w:tcPr>
            <w:tcW w:type="dxa" w:w="2033"/>
            <w:tcMar>
              <w:top w:w="80" w:type="dxa"/>
              <w:start w:w="90" w:type="dxa"/>
              <w:bottom w:w="80" w:type="dxa"/>
              <w:end w:w="90" w:type="dxa"/>
            </w:tcMar>
          </w:tcPr>
          <w:p>
            <w:r/>
          </w:p>
        </w:tc>
        <w:tc>
          <w:tcPr>
            <w:tcW w:type="dxa" w:w="2033"/>
            <w:tcMar>
              <w:top w:w="80" w:type="dxa"/>
              <w:start w:w="90" w:type="dxa"/>
              <w:bottom w:w="80" w:type="dxa"/>
              <w:end w:w="90" w:type="dxa"/>
            </w:tcMar>
          </w:tcPr>
          <w:p>
            <w:r/>
          </w:p>
        </w:tc>
        <w:tc>
          <w:tcPr>
            <w:tcW w:type="dxa" w:w="2033"/>
            <w:tcMar>
              <w:top w:w="80" w:type="dxa"/>
              <w:start w:w="90" w:type="dxa"/>
              <w:bottom w:w="80" w:type="dxa"/>
              <w:end w:w="90" w:type="dxa"/>
            </w:tcMar>
          </w:tcPr>
          <w:p>
            <w:r/>
          </w:p>
        </w:tc>
        <w:tc>
          <w:tcPr>
            <w:tcW w:type="dxa" w:w="2033"/>
            <w:tcMar>
              <w:top w:w="80" w:type="dxa"/>
              <w:start w:w="90" w:type="dxa"/>
              <w:bottom w:w="80" w:type="dxa"/>
              <w:end w:w="90" w:type="dxa"/>
            </w:tcMar>
          </w:tcPr>
          <w:p>
            <w:r/>
          </w:p>
        </w:tc>
      </w:tr>
      <w:tr>
        <w:tc>
          <w:tcPr>
            <w:tcW w:type="dxa" w:w="2033"/>
            <w:tcMar>
              <w:top w:w="80" w:type="dxa"/>
              <w:start w:w="90" w:type="dxa"/>
              <w:bottom w:w="80" w:type="dxa"/>
              <w:end w:w="90" w:type="dxa"/>
            </w:tcMar>
          </w:tcPr>
          <w:p>
            <w:r/>
          </w:p>
        </w:tc>
        <w:tc>
          <w:tcPr>
            <w:tcW w:type="dxa" w:w="2033"/>
            <w:tcMar>
              <w:top w:w="80" w:type="dxa"/>
              <w:start w:w="90" w:type="dxa"/>
              <w:bottom w:w="80" w:type="dxa"/>
              <w:end w:w="90" w:type="dxa"/>
            </w:tcMar>
          </w:tcPr>
          <w:p>
            <w:r/>
          </w:p>
        </w:tc>
        <w:tc>
          <w:tcPr>
            <w:tcW w:type="dxa" w:w="2033"/>
            <w:tcMar>
              <w:top w:w="80" w:type="dxa"/>
              <w:start w:w="90" w:type="dxa"/>
              <w:bottom w:w="80" w:type="dxa"/>
              <w:end w:w="90" w:type="dxa"/>
            </w:tcMar>
          </w:tcPr>
          <w:p>
            <w:r/>
          </w:p>
        </w:tc>
        <w:tc>
          <w:tcPr>
            <w:tcW w:type="dxa" w:w="2033"/>
            <w:tcMar>
              <w:top w:w="80" w:type="dxa"/>
              <w:start w:w="90" w:type="dxa"/>
              <w:bottom w:w="80" w:type="dxa"/>
              <w:end w:w="90" w:type="dxa"/>
            </w:tcMar>
          </w:tcPr>
          <w:p>
            <w:r/>
          </w:p>
        </w:tc>
        <w:tc>
          <w:tcPr>
            <w:tcW w:type="dxa" w:w="2033"/>
            <w:tcMar>
              <w:top w:w="80" w:type="dxa"/>
              <w:start w:w="90" w:type="dxa"/>
              <w:bottom w:w="80" w:type="dxa"/>
              <w:end w:w="90" w:type="dxa"/>
            </w:tcMar>
          </w:tcPr>
          <w:p>
            <w:r/>
          </w:p>
        </w:tc>
      </w:tr>
      <w:tr>
        <w:tc>
          <w:tcPr>
            <w:tcW w:type="dxa" w:w="2033"/>
            <w:tcMar>
              <w:top w:w="80" w:type="dxa"/>
              <w:start w:w="90" w:type="dxa"/>
              <w:bottom w:w="80" w:type="dxa"/>
              <w:end w:w="90" w:type="dxa"/>
            </w:tcMar>
          </w:tcPr>
          <w:p>
            <w:r/>
          </w:p>
        </w:tc>
        <w:tc>
          <w:tcPr>
            <w:tcW w:type="dxa" w:w="2033"/>
            <w:tcMar>
              <w:top w:w="80" w:type="dxa"/>
              <w:start w:w="90" w:type="dxa"/>
              <w:bottom w:w="80" w:type="dxa"/>
              <w:end w:w="90" w:type="dxa"/>
            </w:tcMar>
          </w:tcPr>
          <w:p>
            <w:r/>
          </w:p>
        </w:tc>
        <w:tc>
          <w:tcPr>
            <w:tcW w:type="dxa" w:w="2033"/>
            <w:tcMar>
              <w:top w:w="80" w:type="dxa"/>
              <w:start w:w="90" w:type="dxa"/>
              <w:bottom w:w="80" w:type="dxa"/>
              <w:end w:w="90" w:type="dxa"/>
            </w:tcMar>
          </w:tcPr>
          <w:p>
            <w:r/>
          </w:p>
        </w:tc>
        <w:tc>
          <w:tcPr>
            <w:tcW w:type="dxa" w:w="2033"/>
            <w:tcMar>
              <w:top w:w="80" w:type="dxa"/>
              <w:start w:w="90" w:type="dxa"/>
              <w:bottom w:w="80" w:type="dxa"/>
              <w:end w:w="90" w:type="dxa"/>
            </w:tcMar>
          </w:tcPr>
          <w:p>
            <w:r/>
          </w:p>
        </w:tc>
        <w:tc>
          <w:tcPr>
            <w:tcW w:type="dxa" w:w="2033"/>
            <w:tcMar>
              <w:top w:w="80" w:type="dxa"/>
              <w:start w:w="90" w:type="dxa"/>
              <w:bottom w:w="80" w:type="dxa"/>
              <w:end w:w="90" w:type="dxa"/>
            </w:tcMar>
          </w:tcPr>
          <w:p>
            <w:r/>
          </w:p>
        </w:tc>
      </w:tr>
      <w:tr>
        <w:tc>
          <w:tcPr>
            <w:tcW w:type="dxa" w:w="2033"/>
            <w:tcMar>
              <w:top w:w="80" w:type="dxa"/>
              <w:start w:w="90" w:type="dxa"/>
              <w:bottom w:w="80" w:type="dxa"/>
              <w:end w:w="90" w:type="dxa"/>
            </w:tcMar>
          </w:tcPr>
          <w:p>
            <w:r/>
          </w:p>
        </w:tc>
        <w:tc>
          <w:tcPr>
            <w:tcW w:type="dxa" w:w="2033"/>
            <w:tcMar>
              <w:top w:w="80" w:type="dxa"/>
              <w:start w:w="90" w:type="dxa"/>
              <w:bottom w:w="80" w:type="dxa"/>
              <w:end w:w="90" w:type="dxa"/>
            </w:tcMar>
          </w:tcPr>
          <w:p>
            <w:r/>
          </w:p>
        </w:tc>
        <w:tc>
          <w:tcPr>
            <w:tcW w:type="dxa" w:w="2033"/>
            <w:tcMar>
              <w:top w:w="80" w:type="dxa"/>
              <w:start w:w="90" w:type="dxa"/>
              <w:bottom w:w="80" w:type="dxa"/>
              <w:end w:w="90" w:type="dxa"/>
            </w:tcMar>
          </w:tcPr>
          <w:p>
            <w:r/>
          </w:p>
        </w:tc>
        <w:tc>
          <w:tcPr>
            <w:tcW w:type="dxa" w:w="2033"/>
            <w:tcMar>
              <w:top w:w="80" w:type="dxa"/>
              <w:start w:w="90" w:type="dxa"/>
              <w:bottom w:w="80" w:type="dxa"/>
              <w:end w:w="90" w:type="dxa"/>
            </w:tcMar>
          </w:tcPr>
          <w:p>
            <w:r/>
          </w:p>
        </w:tc>
        <w:tc>
          <w:tcPr>
            <w:tcW w:type="dxa" w:w="2033"/>
            <w:tcMar>
              <w:top w:w="80" w:type="dxa"/>
              <w:start w:w="90" w:type="dxa"/>
              <w:bottom w:w="80" w:type="dxa"/>
              <w:end w:w="90" w:type="dxa"/>
            </w:tcMar>
          </w:tcPr>
          <w:p>
            <w:r/>
          </w:p>
        </w:tc>
      </w:tr>
    </w:tbl>
    <w:p>
      <w:pPr>
        <w:pStyle w:val="Heading1"/>
      </w:pPr>
      <w:r>
        <w:t>Step 6: Create short-term wins</w:t>
      </w:r>
    </w:p>
    <w:p>
      <w:r>
        <w:t>Generate early, visible, meaningful results that build credibility and momentum.</w:t>
      </w:r>
    </w:p>
    <w:p>
      <w:pPr>
        <w:pStyle w:val="ListBullet"/>
        <w:spacing w:after="40"/>
      </w:pPr>
      <w:r>
        <w:t>Choose wins connected to the final outcome.</w:t>
      </w:r>
    </w:p>
    <w:p>
      <w:pPr>
        <w:pStyle w:val="ListBullet"/>
        <w:spacing w:after="40"/>
      </w:pPr>
      <w:r>
        <w:t>Set a short timeframe and clear measure.</w:t>
      </w:r>
    </w:p>
    <w:p>
      <w:pPr>
        <w:pStyle w:val="ListBullet"/>
        <w:spacing w:after="40"/>
      </w:pPr>
      <w:r>
        <w:t>Recognize contributors and explain what the win proves.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2033"/>
        <w:gridCol w:w="2033"/>
        <w:gridCol w:w="2033"/>
        <w:gridCol w:w="2033"/>
        <w:gridCol w:w="2033"/>
      </w:tblGrid>
      <w:tr>
        <w:tc>
          <w:tcPr>
            <w:tcW w:type="dxa" w:w="2033"/>
            <w:shd w:fill="24313B"/>
            <w:tcMar>
              <w:top w:w="80" w:type="dxa"/>
              <w:start w:w="90" w:type="dxa"/>
              <w:bottom w:w="80" w:type="dxa"/>
              <w:end w:w="90" w:type="dxa"/>
            </w:tcMar>
          </w:tcPr>
          <w:p>
            <w:r>
              <w:rPr>
                <w:b/>
                <w:color w:val="FFFFFF"/>
              </w:rPr>
              <w:t>Short-term win</w:t>
            </w:r>
          </w:p>
        </w:tc>
        <w:tc>
          <w:tcPr>
            <w:tcW w:type="dxa" w:w="2033"/>
            <w:shd w:fill="24313B"/>
            <w:tcMar>
              <w:top w:w="80" w:type="dxa"/>
              <w:start w:w="90" w:type="dxa"/>
              <w:bottom w:w="80" w:type="dxa"/>
              <w:end w:w="90" w:type="dxa"/>
            </w:tcMar>
          </w:tcPr>
          <w:p>
            <w:r>
              <w:rPr>
                <w:b/>
                <w:color w:val="FFFFFF"/>
              </w:rPr>
              <w:t>Target date</w:t>
            </w:r>
          </w:p>
        </w:tc>
        <w:tc>
          <w:tcPr>
            <w:tcW w:type="dxa" w:w="2033"/>
            <w:shd w:fill="24313B"/>
            <w:tcMar>
              <w:top w:w="80" w:type="dxa"/>
              <w:start w:w="90" w:type="dxa"/>
              <w:bottom w:w="80" w:type="dxa"/>
              <w:end w:w="90" w:type="dxa"/>
            </w:tcMar>
          </w:tcPr>
          <w:p>
            <w:r>
              <w:rPr>
                <w:b/>
                <w:color w:val="FFFFFF"/>
              </w:rPr>
              <w:t>Measure</w:t>
            </w:r>
          </w:p>
        </w:tc>
        <w:tc>
          <w:tcPr>
            <w:tcW w:type="dxa" w:w="2033"/>
            <w:shd w:fill="24313B"/>
            <w:tcMar>
              <w:top w:w="80" w:type="dxa"/>
              <w:start w:w="90" w:type="dxa"/>
              <w:bottom w:w="80" w:type="dxa"/>
              <w:end w:w="90" w:type="dxa"/>
            </w:tcMar>
          </w:tcPr>
          <w:p>
            <w:r>
              <w:rPr>
                <w:b/>
                <w:color w:val="FFFFFF"/>
              </w:rPr>
              <w:t>Owner</w:t>
            </w:r>
          </w:p>
        </w:tc>
        <w:tc>
          <w:tcPr>
            <w:tcW w:type="dxa" w:w="2033"/>
            <w:shd w:fill="24313B"/>
            <w:tcMar>
              <w:top w:w="80" w:type="dxa"/>
              <w:start w:w="90" w:type="dxa"/>
              <w:bottom w:w="80" w:type="dxa"/>
              <w:end w:w="90" w:type="dxa"/>
            </w:tcMar>
          </w:tcPr>
          <w:p>
            <w:r>
              <w:rPr>
                <w:b/>
                <w:color w:val="FFFFFF"/>
              </w:rPr>
              <w:t>How it builds momentum</w:t>
            </w:r>
          </w:p>
        </w:tc>
      </w:tr>
      <w:tr>
        <w:tc>
          <w:tcPr>
            <w:tcW w:type="dxa" w:w="2033"/>
            <w:tcMar>
              <w:top w:w="80" w:type="dxa"/>
              <w:start w:w="90" w:type="dxa"/>
              <w:bottom w:w="80" w:type="dxa"/>
              <w:end w:w="90" w:type="dxa"/>
            </w:tcMar>
          </w:tcPr>
          <w:p>
            <w:r/>
          </w:p>
        </w:tc>
        <w:tc>
          <w:tcPr>
            <w:tcW w:type="dxa" w:w="2033"/>
            <w:tcMar>
              <w:top w:w="80" w:type="dxa"/>
              <w:start w:w="90" w:type="dxa"/>
              <w:bottom w:w="80" w:type="dxa"/>
              <w:end w:w="90" w:type="dxa"/>
            </w:tcMar>
          </w:tcPr>
          <w:p>
            <w:r/>
          </w:p>
        </w:tc>
        <w:tc>
          <w:tcPr>
            <w:tcW w:type="dxa" w:w="2033"/>
            <w:tcMar>
              <w:top w:w="80" w:type="dxa"/>
              <w:start w:w="90" w:type="dxa"/>
              <w:bottom w:w="80" w:type="dxa"/>
              <w:end w:w="90" w:type="dxa"/>
            </w:tcMar>
          </w:tcPr>
          <w:p>
            <w:r/>
          </w:p>
        </w:tc>
        <w:tc>
          <w:tcPr>
            <w:tcW w:type="dxa" w:w="2033"/>
            <w:tcMar>
              <w:top w:w="80" w:type="dxa"/>
              <w:start w:w="90" w:type="dxa"/>
              <w:bottom w:w="80" w:type="dxa"/>
              <w:end w:w="90" w:type="dxa"/>
            </w:tcMar>
          </w:tcPr>
          <w:p>
            <w:r/>
          </w:p>
        </w:tc>
        <w:tc>
          <w:tcPr>
            <w:tcW w:type="dxa" w:w="2033"/>
            <w:tcMar>
              <w:top w:w="80" w:type="dxa"/>
              <w:start w:w="90" w:type="dxa"/>
              <w:bottom w:w="80" w:type="dxa"/>
              <w:end w:w="90" w:type="dxa"/>
            </w:tcMar>
          </w:tcPr>
          <w:p>
            <w:r/>
          </w:p>
        </w:tc>
      </w:tr>
      <w:tr>
        <w:tc>
          <w:tcPr>
            <w:tcW w:type="dxa" w:w="2033"/>
            <w:tcMar>
              <w:top w:w="80" w:type="dxa"/>
              <w:start w:w="90" w:type="dxa"/>
              <w:bottom w:w="80" w:type="dxa"/>
              <w:end w:w="90" w:type="dxa"/>
            </w:tcMar>
          </w:tcPr>
          <w:p>
            <w:r/>
          </w:p>
        </w:tc>
        <w:tc>
          <w:tcPr>
            <w:tcW w:type="dxa" w:w="2033"/>
            <w:tcMar>
              <w:top w:w="80" w:type="dxa"/>
              <w:start w:w="90" w:type="dxa"/>
              <w:bottom w:w="80" w:type="dxa"/>
              <w:end w:w="90" w:type="dxa"/>
            </w:tcMar>
          </w:tcPr>
          <w:p>
            <w:r/>
          </w:p>
        </w:tc>
        <w:tc>
          <w:tcPr>
            <w:tcW w:type="dxa" w:w="2033"/>
            <w:tcMar>
              <w:top w:w="80" w:type="dxa"/>
              <w:start w:w="90" w:type="dxa"/>
              <w:bottom w:w="80" w:type="dxa"/>
              <w:end w:w="90" w:type="dxa"/>
            </w:tcMar>
          </w:tcPr>
          <w:p>
            <w:r/>
          </w:p>
        </w:tc>
        <w:tc>
          <w:tcPr>
            <w:tcW w:type="dxa" w:w="2033"/>
            <w:tcMar>
              <w:top w:w="80" w:type="dxa"/>
              <w:start w:w="90" w:type="dxa"/>
              <w:bottom w:w="80" w:type="dxa"/>
              <w:end w:w="90" w:type="dxa"/>
            </w:tcMar>
          </w:tcPr>
          <w:p>
            <w:r/>
          </w:p>
        </w:tc>
        <w:tc>
          <w:tcPr>
            <w:tcW w:type="dxa" w:w="2033"/>
            <w:tcMar>
              <w:top w:w="80" w:type="dxa"/>
              <w:start w:w="90" w:type="dxa"/>
              <w:bottom w:w="80" w:type="dxa"/>
              <w:end w:w="90" w:type="dxa"/>
            </w:tcMar>
          </w:tcPr>
          <w:p>
            <w:r/>
          </w:p>
        </w:tc>
      </w:tr>
      <w:tr>
        <w:tc>
          <w:tcPr>
            <w:tcW w:type="dxa" w:w="2033"/>
            <w:tcMar>
              <w:top w:w="80" w:type="dxa"/>
              <w:start w:w="90" w:type="dxa"/>
              <w:bottom w:w="80" w:type="dxa"/>
              <w:end w:w="90" w:type="dxa"/>
            </w:tcMar>
          </w:tcPr>
          <w:p>
            <w:r/>
          </w:p>
        </w:tc>
        <w:tc>
          <w:tcPr>
            <w:tcW w:type="dxa" w:w="2033"/>
            <w:tcMar>
              <w:top w:w="80" w:type="dxa"/>
              <w:start w:w="90" w:type="dxa"/>
              <w:bottom w:w="80" w:type="dxa"/>
              <w:end w:w="90" w:type="dxa"/>
            </w:tcMar>
          </w:tcPr>
          <w:p>
            <w:r/>
          </w:p>
        </w:tc>
        <w:tc>
          <w:tcPr>
            <w:tcW w:type="dxa" w:w="2033"/>
            <w:tcMar>
              <w:top w:w="80" w:type="dxa"/>
              <w:start w:w="90" w:type="dxa"/>
              <w:bottom w:w="80" w:type="dxa"/>
              <w:end w:w="90" w:type="dxa"/>
            </w:tcMar>
          </w:tcPr>
          <w:p>
            <w:r/>
          </w:p>
        </w:tc>
        <w:tc>
          <w:tcPr>
            <w:tcW w:type="dxa" w:w="2033"/>
            <w:tcMar>
              <w:top w:w="80" w:type="dxa"/>
              <w:start w:w="90" w:type="dxa"/>
              <w:bottom w:w="80" w:type="dxa"/>
              <w:end w:w="90" w:type="dxa"/>
            </w:tcMar>
          </w:tcPr>
          <w:p>
            <w:r/>
          </w:p>
        </w:tc>
        <w:tc>
          <w:tcPr>
            <w:tcW w:type="dxa" w:w="2033"/>
            <w:tcMar>
              <w:top w:w="80" w:type="dxa"/>
              <w:start w:w="90" w:type="dxa"/>
              <w:bottom w:w="80" w:type="dxa"/>
              <w:end w:w="90" w:type="dxa"/>
            </w:tcMar>
          </w:tcPr>
          <w:p>
            <w:r/>
          </w:p>
        </w:tc>
      </w:tr>
      <w:tr>
        <w:tc>
          <w:tcPr>
            <w:tcW w:type="dxa" w:w="2033"/>
            <w:tcMar>
              <w:top w:w="80" w:type="dxa"/>
              <w:start w:w="90" w:type="dxa"/>
              <w:bottom w:w="80" w:type="dxa"/>
              <w:end w:w="90" w:type="dxa"/>
            </w:tcMar>
          </w:tcPr>
          <w:p>
            <w:r/>
          </w:p>
        </w:tc>
        <w:tc>
          <w:tcPr>
            <w:tcW w:type="dxa" w:w="2033"/>
            <w:tcMar>
              <w:top w:w="80" w:type="dxa"/>
              <w:start w:w="90" w:type="dxa"/>
              <w:bottom w:w="80" w:type="dxa"/>
              <w:end w:w="90" w:type="dxa"/>
            </w:tcMar>
          </w:tcPr>
          <w:p>
            <w:r/>
          </w:p>
        </w:tc>
        <w:tc>
          <w:tcPr>
            <w:tcW w:type="dxa" w:w="2033"/>
            <w:tcMar>
              <w:top w:w="80" w:type="dxa"/>
              <w:start w:w="90" w:type="dxa"/>
              <w:bottom w:w="80" w:type="dxa"/>
              <w:end w:w="90" w:type="dxa"/>
            </w:tcMar>
          </w:tcPr>
          <w:p>
            <w:r/>
          </w:p>
        </w:tc>
        <w:tc>
          <w:tcPr>
            <w:tcW w:type="dxa" w:w="2033"/>
            <w:tcMar>
              <w:top w:w="80" w:type="dxa"/>
              <w:start w:w="90" w:type="dxa"/>
              <w:bottom w:w="80" w:type="dxa"/>
              <w:end w:w="90" w:type="dxa"/>
            </w:tcMar>
          </w:tcPr>
          <w:p>
            <w:r/>
          </w:p>
        </w:tc>
        <w:tc>
          <w:tcPr>
            <w:tcW w:type="dxa" w:w="2033"/>
            <w:tcMar>
              <w:top w:w="80" w:type="dxa"/>
              <w:start w:w="90" w:type="dxa"/>
              <w:bottom w:w="80" w:type="dxa"/>
              <w:end w:w="90" w:type="dxa"/>
            </w:tcMar>
          </w:tcPr>
          <w:p>
            <w:r/>
          </w:p>
        </w:tc>
      </w:tr>
      <w:tr>
        <w:tc>
          <w:tcPr>
            <w:tcW w:type="dxa" w:w="2033"/>
            <w:tcMar>
              <w:top w:w="80" w:type="dxa"/>
              <w:start w:w="90" w:type="dxa"/>
              <w:bottom w:w="80" w:type="dxa"/>
              <w:end w:w="90" w:type="dxa"/>
            </w:tcMar>
          </w:tcPr>
          <w:p>
            <w:r/>
          </w:p>
        </w:tc>
        <w:tc>
          <w:tcPr>
            <w:tcW w:type="dxa" w:w="2033"/>
            <w:tcMar>
              <w:top w:w="80" w:type="dxa"/>
              <w:start w:w="90" w:type="dxa"/>
              <w:bottom w:w="80" w:type="dxa"/>
              <w:end w:w="90" w:type="dxa"/>
            </w:tcMar>
          </w:tcPr>
          <w:p>
            <w:r/>
          </w:p>
        </w:tc>
        <w:tc>
          <w:tcPr>
            <w:tcW w:type="dxa" w:w="2033"/>
            <w:tcMar>
              <w:top w:w="80" w:type="dxa"/>
              <w:start w:w="90" w:type="dxa"/>
              <w:bottom w:w="80" w:type="dxa"/>
              <w:end w:w="90" w:type="dxa"/>
            </w:tcMar>
          </w:tcPr>
          <w:p>
            <w:r/>
          </w:p>
        </w:tc>
        <w:tc>
          <w:tcPr>
            <w:tcW w:type="dxa" w:w="2033"/>
            <w:tcMar>
              <w:top w:w="80" w:type="dxa"/>
              <w:start w:w="90" w:type="dxa"/>
              <w:bottom w:w="80" w:type="dxa"/>
              <w:end w:w="90" w:type="dxa"/>
            </w:tcMar>
          </w:tcPr>
          <w:p>
            <w:r/>
          </w:p>
        </w:tc>
        <w:tc>
          <w:tcPr>
            <w:tcW w:type="dxa" w:w="2033"/>
            <w:tcMar>
              <w:top w:w="80" w:type="dxa"/>
              <w:start w:w="90" w:type="dxa"/>
              <w:bottom w:w="80" w:type="dxa"/>
              <w:end w:w="90" w:type="dxa"/>
            </w:tcMar>
          </w:tcPr>
          <w:p>
            <w:r/>
          </w:p>
        </w:tc>
      </w:tr>
    </w:tbl>
    <w:p>
      <w:pPr>
        <w:pStyle w:val="Heading1"/>
      </w:pPr>
      <w:r>
        <w:t>Step 7: Sustain momentum</w:t>
      </w:r>
    </w:p>
    <w:p>
      <w:r>
        <w:t>Use early wins to deepen and extend the change rather than declare victory.</w:t>
      </w:r>
    </w:p>
    <w:p>
      <w:pPr>
        <w:pStyle w:val="ListBullet"/>
        <w:spacing w:after="40"/>
      </w:pPr>
      <w:r>
        <w:t>Review remaining barriers and harder workstreams.</w:t>
      </w:r>
    </w:p>
    <w:p>
      <w:pPr>
        <w:pStyle w:val="ListBullet"/>
        <w:spacing w:after="40"/>
      </w:pPr>
      <w:r>
        <w:t>Keep leadership attention and resources in place.</w:t>
      </w:r>
    </w:p>
    <w:p>
      <w:pPr>
        <w:pStyle w:val="ListBullet"/>
        <w:spacing w:after="40"/>
      </w:pPr>
      <w:r>
        <w:t>Adapt tactics based on evidence and feedback.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2033"/>
        <w:gridCol w:w="2033"/>
        <w:gridCol w:w="2033"/>
        <w:gridCol w:w="2033"/>
        <w:gridCol w:w="2033"/>
      </w:tblGrid>
      <w:tr>
        <w:tc>
          <w:tcPr>
            <w:tcW w:type="dxa" w:w="2033"/>
            <w:shd w:fill="24313B"/>
            <w:tcMar>
              <w:top w:w="80" w:type="dxa"/>
              <w:start w:w="90" w:type="dxa"/>
              <w:bottom w:w="80" w:type="dxa"/>
              <w:end w:w="90" w:type="dxa"/>
            </w:tcMar>
          </w:tcPr>
          <w:p>
            <w:r>
              <w:rPr>
                <w:b/>
                <w:color w:val="FFFFFF"/>
              </w:rPr>
              <w:t>Next priority</w:t>
            </w:r>
          </w:p>
        </w:tc>
        <w:tc>
          <w:tcPr>
            <w:tcW w:type="dxa" w:w="2033"/>
            <w:shd w:fill="24313B"/>
            <w:tcMar>
              <w:top w:w="80" w:type="dxa"/>
              <w:start w:w="90" w:type="dxa"/>
              <w:bottom w:w="80" w:type="dxa"/>
              <w:end w:w="90" w:type="dxa"/>
            </w:tcMar>
          </w:tcPr>
          <w:p>
            <w:r>
              <w:rPr>
                <w:b/>
                <w:color w:val="FFFFFF"/>
              </w:rPr>
              <w:t>Learning from wins</w:t>
            </w:r>
          </w:p>
        </w:tc>
        <w:tc>
          <w:tcPr>
            <w:tcW w:type="dxa" w:w="2033"/>
            <w:shd w:fill="24313B"/>
            <w:tcMar>
              <w:top w:w="80" w:type="dxa"/>
              <w:start w:w="90" w:type="dxa"/>
              <w:bottom w:w="80" w:type="dxa"/>
              <w:end w:w="90" w:type="dxa"/>
            </w:tcMar>
          </w:tcPr>
          <w:p>
            <w:r>
              <w:rPr>
                <w:b/>
                <w:color w:val="FFFFFF"/>
              </w:rPr>
              <w:t>Action</w:t>
            </w:r>
          </w:p>
        </w:tc>
        <w:tc>
          <w:tcPr>
            <w:tcW w:type="dxa" w:w="2033"/>
            <w:shd w:fill="24313B"/>
            <w:tcMar>
              <w:top w:w="80" w:type="dxa"/>
              <w:start w:w="90" w:type="dxa"/>
              <w:bottom w:w="80" w:type="dxa"/>
              <w:end w:w="90" w:type="dxa"/>
            </w:tcMar>
          </w:tcPr>
          <w:p>
            <w:r>
              <w:rPr>
                <w:b/>
                <w:color w:val="FFFFFF"/>
              </w:rPr>
              <w:t>Owner</w:t>
            </w:r>
          </w:p>
        </w:tc>
        <w:tc>
          <w:tcPr>
            <w:tcW w:type="dxa" w:w="2033"/>
            <w:shd w:fill="24313B"/>
            <w:tcMar>
              <w:top w:w="80" w:type="dxa"/>
              <w:start w:w="90" w:type="dxa"/>
              <w:bottom w:w="80" w:type="dxa"/>
              <w:end w:w="90" w:type="dxa"/>
            </w:tcMar>
          </w:tcPr>
          <w:p>
            <w:r>
              <w:rPr>
                <w:b/>
                <w:color w:val="FFFFFF"/>
              </w:rPr>
              <w:t>Measure</w:t>
            </w:r>
          </w:p>
        </w:tc>
      </w:tr>
      <w:tr>
        <w:tc>
          <w:tcPr>
            <w:tcW w:type="dxa" w:w="2033"/>
            <w:tcMar>
              <w:top w:w="80" w:type="dxa"/>
              <w:start w:w="90" w:type="dxa"/>
              <w:bottom w:w="80" w:type="dxa"/>
              <w:end w:w="90" w:type="dxa"/>
            </w:tcMar>
          </w:tcPr>
          <w:p>
            <w:r/>
          </w:p>
        </w:tc>
        <w:tc>
          <w:tcPr>
            <w:tcW w:type="dxa" w:w="2033"/>
            <w:tcMar>
              <w:top w:w="80" w:type="dxa"/>
              <w:start w:w="90" w:type="dxa"/>
              <w:bottom w:w="80" w:type="dxa"/>
              <w:end w:w="90" w:type="dxa"/>
            </w:tcMar>
          </w:tcPr>
          <w:p>
            <w:r/>
          </w:p>
        </w:tc>
        <w:tc>
          <w:tcPr>
            <w:tcW w:type="dxa" w:w="2033"/>
            <w:tcMar>
              <w:top w:w="80" w:type="dxa"/>
              <w:start w:w="90" w:type="dxa"/>
              <w:bottom w:w="80" w:type="dxa"/>
              <w:end w:w="90" w:type="dxa"/>
            </w:tcMar>
          </w:tcPr>
          <w:p>
            <w:r/>
          </w:p>
        </w:tc>
        <w:tc>
          <w:tcPr>
            <w:tcW w:type="dxa" w:w="2033"/>
            <w:tcMar>
              <w:top w:w="80" w:type="dxa"/>
              <w:start w:w="90" w:type="dxa"/>
              <w:bottom w:w="80" w:type="dxa"/>
              <w:end w:w="90" w:type="dxa"/>
            </w:tcMar>
          </w:tcPr>
          <w:p>
            <w:r/>
          </w:p>
        </w:tc>
        <w:tc>
          <w:tcPr>
            <w:tcW w:type="dxa" w:w="2033"/>
            <w:tcMar>
              <w:top w:w="80" w:type="dxa"/>
              <w:start w:w="90" w:type="dxa"/>
              <w:bottom w:w="80" w:type="dxa"/>
              <w:end w:w="90" w:type="dxa"/>
            </w:tcMar>
          </w:tcPr>
          <w:p>
            <w:r/>
          </w:p>
        </w:tc>
      </w:tr>
      <w:tr>
        <w:tc>
          <w:tcPr>
            <w:tcW w:type="dxa" w:w="2033"/>
            <w:tcMar>
              <w:top w:w="80" w:type="dxa"/>
              <w:start w:w="90" w:type="dxa"/>
              <w:bottom w:w="80" w:type="dxa"/>
              <w:end w:w="90" w:type="dxa"/>
            </w:tcMar>
          </w:tcPr>
          <w:p>
            <w:r/>
          </w:p>
        </w:tc>
        <w:tc>
          <w:tcPr>
            <w:tcW w:type="dxa" w:w="2033"/>
            <w:tcMar>
              <w:top w:w="80" w:type="dxa"/>
              <w:start w:w="90" w:type="dxa"/>
              <w:bottom w:w="80" w:type="dxa"/>
              <w:end w:w="90" w:type="dxa"/>
            </w:tcMar>
          </w:tcPr>
          <w:p>
            <w:r/>
          </w:p>
        </w:tc>
        <w:tc>
          <w:tcPr>
            <w:tcW w:type="dxa" w:w="2033"/>
            <w:tcMar>
              <w:top w:w="80" w:type="dxa"/>
              <w:start w:w="90" w:type="dxa"/>
              <w:bottom w:w="80" w:type="dxa"/>
              <w:end w:w="90" w:type="dxa"/>
            </w:tcMar>
          </w:tcPr>
          <w:p>
            <w:r/>
          </w:p>
        </w:tc>
        <w:tc>
          <w:tcPr>
            <w:tcW w:type="dxa" w:w="2033"/>
            <w:tcMar>
              <w:top w:w="80" w:type="dxa"/>
              <w:start w:w="90" w:type="dxa"/>
              <w:bottom w:w="80" w:type="dxa"/>
              <w:end w:w="90" w:type="dxa"/>
            </w:tcMar>
          </w:tcPr>
          <w:p>
            <w:r/>
          </w:p>
        </w:tc>
        <w:tc>
          <w:tcPr>
            <w:tcW w:type="dxa" w:w="2033"/>
            <w:tcMar>
              <w:top w:w="80" w:type="dxa"/>
              <w:start w:w="90" w:type="dxa"/>
              <w:bottom w:w="80" w:type="dxa"/>
              <w:end w:w="90" w:type="dxa"/>
            </w:tcMar>
          </w:tcPr>
          <w:p>
            <w:r/>
          </w:p>
        </w:tc>
      </w:tr>
      <w:tr>
        <w:tc>
          <w:tcPr>
            <w:tcW w:type="dxa" w:w="2033"/>
            <w:tcMar>
              <w:top w:w="80" w:type="dxa"/>
              <w:start w:w="90" w:type="dxa"/>
              <w:bottom w:w="80" w:type="dxa"/>
              <w:end w:w="90" w:type="dxa"/>
            </w:tcMar>
          </w:tcPr>
          <w:p>
            <w:r/>
          </w:p>
        </w:tc>
        <w:tc>
          <w:tcPr>
            <w:tcW w:type="dxa" w:w="2033"/>
            <w:tcMar>
              <w:top w:w="80" w:type="dxa"/>
              <w:start w:w="90" w:type="dxa"/>
              <w:bottom w:w="80" w:type="dxa"/>
              <w:end w:w="90" w:type="dxa"/>
            </w:tcMar>
          </w:tcPr>
          <w:p>
            <w:r/>
          </w:p>
        </w:tc>
        <w:tc>
          <w:tcPr>
            <w:tcW w:type="dxa" w:w="2033"/>
            <w:tcMar>
              <w:top w:w="80" w:type="dxa"/>
              <w:start w:w="90" w:type="dxa"/>
              <w:bottom w:w="80" w:type="dxa"/>
              <w:end w:w="90" w:type="dxa"/>
            </w:tcMar>
          </w:tcPr>
          <w:p>
            <w:r/>
          </w:p>
        </w:tc>
        <w:tc>
          <w:tcPr>
            <w:tcW w:type="dxa" w:w="2033"/>
            <w:tcMar>
              <w:top w:w="80" w:type="dxa"/>
              <w:start w:w="90" w:type="dxa"/>
              <w:bottom w:w="80" w:type="dxa"/>
              <w:end w:w="90" w:type="dxa"/>
            </w:tcMar>
          </w:tcPr>
          <w:p>
            <w:r/>
          </w:p>
        </w:tc>
        <w:tc>
          <w:tcPr>
            <w:tcW w:type="dxa" w:w="2033"/>
            <w:tcMar>
              <w:top w:w="80" w:type="dxa"/>
              <w:start w:w="90" w:type="dxa"/>
              <w:bottom w:w="80" w:type="dxa"/>
              <w:end w:w="90" w:type="dxa"/>
            </w:tcMar>
          </w:tcPr>
          <w:p>
            <w:r/>
          </w:p>
        </w:tc>
      </w:tr>
      <w:tr>
        <w:tc>
          <w:tcPr>
            <w:tcW w:type="dxa" w:w="2033"/>
            <w:tcMar>
              <w:top w:w="80" w:type="dxa"/>
              <w:start w:w="90" w:type="dxa"/>
              <w:bottom w:w="80" w:type="dxa"/>
              <w:end w:w="90" w:type="dxa"/>
            </w:tcMar>
          </w:tcPr>
          <w:p>
            <w:r/>
          </w:p>
        </w:tc>
        <w:tc>
          <w:tcPr>
            <w:tcW w:type="dxa" w:w="2033"/>
            <w:tcMar>
              <w:top w:w="80" w:type="dxa"/>
              <w:start w:w="90" w:type="dxa"/>
              <w:bottom w:w="80" w:type="dxa"/>
              <w:end w:w="90" w:type="dxa"/>
            </w:tcMar>
          </w:tcPr>
          <w:p>
            <w:r/>
          </w:p>
        </w:tc>
        <w:tc>
          <w:tcPr>
            <w:tcW w:type="dxa" w:w="2033"/>
            <w:tcMar>
              <w:top w:w="80" w:type="dxa"/>
              <w:start w:w="90" w:type="dxa"/>
              <w:bottom w:w="80" w:type="dxa"/>
              <w:end w:w="90" w:type="dxa"/>
            </w:tcMar>
          </w:tcPr>
          <w:p>
            <w:r/>
          </w:p>
        </w:tc>
        <w:tc>
          <w:tcPr>
            <w:tcW w:type="dxa" w:w="2033"/>
            <w:tcMar>
              <w:top w:w="80" w:type="dxa"/>
              <w:start w:w="90" w:type="dxa"/>
              <w:bottom w:w="80" w:type="dxa"/>
              <w:end w:w="90" w:type="dxa"/>
            </w:tcMar>
          </w:tcPr>
          <w:p>
            <w:r/>
          </w:p>
        </w:tc>
        <w:tc>
          <w:tcPr>
            <w:tcW w:type="dxa" w:w="2033"/>
            <w:tcMar>
              <w:top w:w="80" w:type="dxa"/>
              <w:start w:w="90" w:type="dxa"/>
              <w:bottom w:w="80" w:type="dxa"/>
              <w:end w:w="90" w:type="dxa"/>
            </w:tcMar>
          </w:tcPr>
          <w:p>
            <w:r/>
          </w:p>
        </w:tc>
      </w:tr>
      <w:tr>
        <w:tc>
          <w:tcPr>
            <w:tcW w:type="dxa" w:w="2033"/>
            <w:tcMar>
              <w:top w:w="80" w:type="dxa"/>
              <w:start w:w="90" w:type="dxa"/>
              <w:bottom w:w="80" w:type="dxa"/>
              <w:end w:w="90" w:type="dxa"/>
            </w:tcMar>
          </w:tcPr>
          <w:p>
            <w:r/>
          </w:p>
        </w:tc>
        <w:tc>
          <w:tcPr>
            <w:tcW w:type="dxa" w:w="2033"/>
            <w:tcMar>
              <w:top w:w="80" w:type="dxa"/>
              <w:start w:w="90" w:type="dxa"/>
              <w:bottom w:w="80" w:type="dxa"/>
              <w:end w:w="90" w:type="dxa"/>
            </w:tcMar>
          </w:tcPr>
          <w:p>
            <w:r/>
          </w:p>
        </w:tc>
        <w:tc>
          <w:tcPr>
            <w:tcW w:type="dxa" w:w="2033"/>
            <w:tcMar>
              <w:top w:w="80" w:type="dxa"/>
              <w:start w:w="90" w:type="dxa"/>
              <w:bottom w:w="80" w:type="dxa"/>
              <w:end w:w="90" w:type="dxa"/>
            </w:tcMar>
          </w:tcPr>
          <w:p>
            <w:r/>
          </w:p>
        </w:tc>
        <w:tc>
          <w:tcPr>
            <w:tcW w:type="dxa" w:w="2033"/>
            <w:tcMar>
              <w:top w:w="80" w:type="dxa"/>
              <w:start w:w="90" w:type="dxa"/>
              <w:bottom w:w="80" w:type="dxa"/>
              <w:end w:w="90" w:type="dxa"/>
            </w:tcMar>
          </w:tcPr>
          <w:p>
            <w:r/>
          </w:p>
        </w:tc>
        <w:tc>
          <w:tcPr>
            <w:tcW w:type="dxa" w:w="2033"/>
            <w:tcMar>
              <w:top w:w="80" w:type="dxa"/>
              <w:start w:w="90" w:type="dxa"/>
              <w:bottom w:w="80" w:type="dxa"/>
              <w:end w:w="90" w:type="dxa"/>
            </w:tcMar>
          </w:tcPr>
          <w:p>
            <w:r/>
          </w:p>
        </w:tc>
      </w:tr>
    </w:tbl>
    <w:p>
      <w:pPr>
        <w:pStyle w:val="Heading1"/>
      </w:pPr>
      <w:r>
        <w:t>Step 8: Anchor the change in culture</w:t>
      </w:r>
    </w:p>
    <w:p>
      <w:r>
        <w:t>Connect the new way to norms, systems, leadership behaviour, performance, and organizational identity.</w:t>
      </w:r>
    </w:p>
    <w:p>
      <w:pPr>
        <w:pStyle w:val="ListBullet"/>
        <w:spacing w:after="40"/>
      </w:pPr>
      <w:r>
        <w:t>Update hiring, onboarding, recognition, performance measures, and routines.</w:t>
      </w:r>
    </w:p>
    <w:p>
      <w:pPr>
        <w:pStyle w:val="ListBullet"/>
        <w:spacing w:after="40"/>
      </w:pPr>
      <w:r>
        <w:t>Make the link between new behaviour and improved outcomes visible.</w:t>
      </w:r>
    </w:p>
    <w:p>
      <w:pPr>
        <w:pStyle w:val="ListBullet"/>
        <w:spacing w:after="40"/>
      </w:pPr>
      <w:r>
        <w:t>Ensure leaders model and reinforce the change consistently.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2033"/>
        <w:gridCol w:w="2033"/>
        <w:gridCol w:w="2033"/>
        <w:gridCol w:w="2033"/>
        <w:gridCol w:w="2033"/>
      </w:tblGrid>
      <w:tr>
        <w:tc>
          <w:tcPr>
            <w:tcW w:type="dxa" w:w="2033"/>
            <w:shd w:fill="24313B"/>
            <w:tcMar>
              <w:top w:w="80" w:type="dxa"/>
              <w:start w:w="90" w:type="dxa"/>
              <w:bottom w:w="80" w:type="dxa"/>
              <w:end w:w="90" w:type="dxa"/>
            </w:tcMar>
          </w:tcPr>
          <w:p>
            <w:r>
              <w:rPr>
                <w:b/>
                <w:color w:val="FFFFFF"/>
              </w:rPr>
              <w:t>Cultural reinforcement</w:t>
            </w:r>
          </w:p>
        </w:tc>
        <w:tc>
          <w:tcPr>
            <w:tcW w:type="dxa" w:w="2033"/>
            <w:shd w:fill="24313B"/>
            <w:tcMar>
              <w:top w:w="80" w:type="dxa"/>
              <w:start w:w="90" w:type="dxa"/>
              <w:bottom w:w="80" w:type="dxa"/>
              <w:end w:w="90" w:type="dxa"/>
            </w:tcMar>
          </w:tcPr>
          <w:p>
            <w:r>
              <w:rPr>
                <w:b/>
                <w:color w:val="FFFFFF"/>
              </w:rPr>
              <w:t>Current gap</w:t>
            </w:r>
          </w:p>
        </w:tc>
        <w:tc>
          <w:tcPr>
            <w:tcW w:type="dxa" w:w="2033"/>
            <w:shd w:fill="24313B"/>
            <w:tcMar>
              <w:top w:w="80" w:type="dxa"/>
              <w:start w:w="90" w:type="dxa"/>
              <w:bottom w:w="80" w:type="dxa"/>
              <w:end w:w="90" w:type="dxa"/>
            </w:tcMar>
          </w:tcPr>
          <w:p>
            <w:r>
              <w:rPr>
                <w:b/>
                <w:color w:val="FFFFFF"/>
              </w:rPr>
              <w:t>Action</w:t>
            </w:r>
          </w:p>
        </w:tc>
        <w:tc>
          <w:tcPr>
            <w:tcW w:type="dxa" w:w="2033"/>
            <w:shd w:fill="24313B"/>
            <w:tcMar>
              <w:top w:w="80" w:type="dxa"/>
              <w:start w:w="90" w:type="dxa"/>
              <w:bottom w:w="80" w:type="dxa"/>
              <w:end w:w="90" w:type="dxa"/>
            </w:tcMar>
          </w:tcPr>
          <w:p>
            <w:r>
              <w:rPr>
                <w:b/>
                <w:color w:val="FFFFFF"/>
              </w:rPr>
              <w:t>Owner</w:t>
            </w:r>
          </w:p>
        </w:tc>
        <w:tc>
          <w:tcPr>
            <w:tcW w:type="dxa" w:w="2033"/>
            <w:shd w:fill="24313B"/>
            <w:tcMar>
              <w:top w:w="80" w:type="dxa"/>
              <w:start w:w="90" w:type="dxa"/>
              <w:bottom w:w="80" w:type="dxa"/>
              <w:end w:w="90" w:type="dxa"/>
            </w:tcMar>
          </w:tcPr>
          <w:p>
            <w:r>
              <w:rPr>
                <w:b/>
                <w:color w:val="FFFFFF"/>
              </w:rPr>
              <w:t>Evidence</w:t>
            </w:r>
          </w:p>
        </w:tc>
      </w:tr>
      <w:tr>
        <w:tc>
          <w:tcPr>
            <w:tcW w:type="dxa" w:w="2033"/>
            <w:tcMar>
              <w:top w:w="80" w:type="dxa"/>
              <w:start w:w="90" w:type="dxa"/>
              <w:bottom w:w="80" w:type="dxa"/>
              <w:end w:w="90" w:type="dxa"/>
            </w:tcMar>
          </w:tcPr>
          <w:p>
            <w:r/>
          </w:p>
        </w:tc>
        <w:tc>
          <w:tcPr>
            <w:tcW w:type="dxa" w:w="2033"/>
            <w:tcMar>
              <w:top w:w="80" w:type="dxa"/>
              <w:start w:w="90" w:type="dxa"/>
              <w:bottom w:w="80" w:type="dxa"/>
              <w:end w:w="90" w:type="dxa"/>
            </w:tcMar>
          </w:tcPr>
          <w:p>
            <w:r/>
          </w:p>
        </w:tc>
        <w:tc>
          <w:tcPr>
            <w:tcW w:type="dxa" w:w="2033"/>
            <w:tcMar>
              <w:top w:w="80" w:type="dxa"/>
              <w:start w:w="90" w:type="dxa"/>
              <w:bottom w:w="80" w:type="dxa"/>
              <w:end w:w="90" w:type="dxa"/>
            </w:tcMar>
          </w:tcPr>
          <w:p>
            <w:r/>
          </w:p>
        </w:tc>
        <w:tc>
          <w:tcPr>
            <w:tcW w:type="dxa" w:w="2033"/>
            <w:tcMar>
              <w:top w:w="80" w:type="dxa"/>
              <w:start w:w="90" w:type="dxa"/>
              <w:bottom w:w="80" w:type="dxa"/>
              <w:end w:w="90" w:type="dxa"/>
            </w:tcMar>
          </w:tcPr>
          <w:p>
            <w:r/>
          </w:p>
        </w:tc>
        <w:tc>
          <w:tcPr>
            <w:tcW w:type="dxa" w:w="2033"/>
            <w:tcMar>
              <w:top w:w="80" w:type="dxa"/>
              <w:start w:w="90" w:type="dxa"/>
              <w:bottom w:w="80" w:type="dxa"/>
              <w:end w:w="90" w:type="dxa"/>
            </w:tcMar>
          </w:tcPr>
          <w:p>
            <w:r/>
          </w:p>
        </w:tc>
      </w:tr>
      <w:tr>
        <w:tc>
          <w:tcPr>
            <w:tcW w:type="dxa" w:w="2033"/>
            <w:tcMar>
              <w:top w:w="80" w:type="dxa"/>
              <w:start w:w="90" w:type="dxa"/>
              <w:bottom w:w="80" w:type="dxa"/>
              <w:end w:w="90" w:type="dxa"/>
            </w:tcMar>
          </w:tcPr>
          <w:p>
            <w:r/>
          </w:p>
        </w:tc>
        <w:tc>
          <w:tcPr>
            <w:tcW w:type="dxa" w:w="2033"/>
            <w:tcMar>
              <w:top w:w="80" w:type="dxa"/>
              <w:start w:w="90" w:type="dxa"/>
              <w:bottom w:w="80" w:type="dxa"/>
              <w:end w:w="90" w:type="dxa"/>
            </w:tcMar>
          </w:tcPr>
          <w:p>
            <w:r/>
          </w:p>
        </w:tc>
        <w:tc>
          <w:tcPr>
            <w:tcW w:type="dxa" w:w="2033"/>
            <w:tcMar>
              <w:top w:w="80" w:type="dxa"/>
              <w:start w:w="90" w:type="dxa"/>
              <w:bottom w:w="80" w:type="dxa"/>
              <w:end w:w="90" w:type="dxa"/>
            </w:tcMar>
          </w:tcPr>
          <w:p>
            <w:r/>
          </w:p>
        </w:tc>
        <w:tc>
          <w:tcPr>
            <w:tcW w:type="dxa" w:w="2033"/>
            <w:tcMar>
              <w:top w:w="80" w:type="dxa"/>
              <w:start w:w="90" w:type="dxa"/>
              <w:bottom w:w="80" w:type="dxa"/>
              <w:end w:w="90" w:type="dxa"/>
            </w:tcMar>
          </w:tcPr>
          <w:p>
            <w:r/>
          </w:p>
        </w:tc>
        <w:tc>
          <w:tcPr>
            <w:tcW w:type="dxa" w:w="2033"/>
            <w:tcMar>
              <w:top w:w="80" w:type="dxa"/>
              <w:start w:w="90" w:type="dxa"/>
              <w:bottom w:w="80" w:type="dxa"/>
              <w:end w:w="90" w:type="dxa"/>
            </w:tcMar>
          </w:tcPr>
          <w:p>
            <w:r/>
          </w:p>
        </w:tc>
      </w:tr>
      <w:tr>
        <w:tc>
          <w:tcPr>
            <w:tcW w:type="dxa" w:w="2033"/>
            <w:tcMar>
              <w:top w:w="80" w:type="dxa"/>
              <w:start w:w="90" w:type="dxa"/>
              <w:bottom w:w="80" w:type="dxa"/>
              <w:end w:w="90" w:type="dxa"/>
            </w:tcMar>
          </w:tcPr>
          <w:p>
            <w:r/>
          </w:p>
        </w:tc>
        <w:tc>
          <w:tcPr>
            <w:tcW w:type="dxa" w:w="2033"/>
            <w:tcMar>
              <w:top w:w="80" w:type="dxa"/>
              <w:start w:w="90" w:type="dxa"/>
              <w:bottom w:w="80" w:type="dxa"/>
              <w:end w:w="90" w:type="dxa"/>
            </w:tcMar>
          </w:tcPr>
          <w:p>
            <w:r/>
          </w:p>
        </w:tc>
        <w:tc>
          <w:tcPr>
            <w:tcW w:type="dxa" w:w="2033"/>
            <w:tcMar>
              <w:top w:w="80" w:type="dxa"/>
              <w:start w:w="90" w:type="dxa"/>
              <w:bottom w:w="80" w:type="dxa"/>
              <w:end w:w="90" w:type="dxa"/>
            </w:tcMar>
          </w:tcPr>
          <w:p>
            <w:r/>
          </w:p>
        </w:tc>
        <w:tc>
          <w:tcPr>
            <w:tcW w:type="dxa" w:w="2033"/>
            <w:tcMar>
              <w:top w:w="80" w:type="dxa"/>
              <w:start w:w="90" w:type="dxa"/>
              <w:bottom w:w="80" w:type="dxa"/>
              <w:end w:w="90" w:type="dxa"/>
            </w:tcMar>
          </w:tcPr>
          <w:p>
            <w:r/>
          </w:p>
        </w:tc>
        <w:tc>
          <w:tcPr>
            <w:tcW w:type="dxa" w:w="2033"/>
            <w:tcMar>
              <w:top w:w="80" w:type="dxa"/>
              <w:start w:w="90" w:type="dxa"/>
              <w:bottom w:w="80" w:type="dxa"/>
              <w:end w:w="90" w:type="dxa"/>
            </w:tcMar>
          </w:tcPr>
          <w:p>
            <w:r/>
          </w:p>
        </w:tc>
      </w:tr>
      <w:tr>
        <w:tc>
          <w:tcPr>
            <w:tcW w:type="dxa" w:w="2033"/>
            <w:tcMar>
              <w:top w:w="80" w:type="dxa"/>
              <w:start w:w="90" w:type="dxa"/>
              <w:bottom w:w="80" w:type="dxa"/>
              <w:end w:w="90" w:type="dxa"/>
            </w:tcMar>
          </w:tcPr>
          <w:p>
            <w:r/>
          </w:p>
        </w:tc>
        <w:tc>
          <w:tcPr>
            <w:tcW w:type="dxa" w:w="2033"/>
            <w:tcMar>
              <w:top w:w="80" w:type="dxa"/>
              <w:start w:w="90" w:type="dxa"/>
              <w:bottom w:w="80" w:type="dxa"/>
              <w:end w:w="90" w:type="dxa"/>
            </w:tcMar>
          </w:tcPr>
          <w:p>
            <w:r/>
          </w:p>
        </w:tc>
        <w:tc>
          <w:tcPr>
            <w:tcW w:type="dxa" w:w="2033"/>
            <w:tcMar>
              <w:top w:w="80" w:type="dxa"/>
              <w:start w:w="90" w:type="dxa"/>
              <w:bottom w:w="80" w:type="dxa"/>
              <w:end w:w="90" w:type="dxa"/>
            </w:tcMar>
          </w:tcPr>
          <w:p>
            <w:r/>
          </w:p>
        </w:tc>
        <w:tc>
          <w:tcPr>
            <w:tcW w:type="dxa" w:w="2033"/>
            <w:tcMar>
              <w:top w:w="80" w:type="dxa"/>
              <w:start w:w="90" w:type="dxa"/>
              <w:bottom w:w="80" w:type="dxa"/>
              <w:end w:w="90" w:type="dxa"/>
            </w:tcMar>
          </w:tcPr>
          <w:p>
            <w:r/>
          </w:p>
        </w:tc>
        <w:tc>
          <w:tcPr>
            <w:tcW w:type="dxa" w:w="2033"/>
            <w:tcMar>
              <w:top w:w="80" w:type="dxa"/>
              <w:start w:w="90" w:type="dxa"/>
              <w:bottom w:w="80" w:type="dxa"/>
              <w:end w:w="90" w:type="dxa"/>
            </w:tcMar>
          </w:tcPr>
          <w:p>
            <w:r/>
          </w:p>
        </w:tc>
      </w:tr>
      <w:tr>
        <w:tc>
          <w:tcPr>
            <w:tcW w:type="dxa" w:w="2033"/>
            <w:tcMar>
              <w:top w:w="80" w:type="dxa"/>
              <w:start w:w="90" w:type="dxa"/>
              <w:bottom w:w="80" w:type="dxa"/>
              <w:end w:w="90" w:type="dxa"/>
            </w:tcMar>
          </w:tcPr>
          <w:p>
            <w:r/>
          </w:p>
        </w:tc>
        <w:tc>
          <w:tcPr>
            <w:tcW w:type="dxa" w:w="2033"/>
            <w:tcMar>
              <w:top w:w="80" w:type="dxa"/>
              <w:start w:w="90" w:type="dxa"/>
              <w:bottom w:w="80" w:type="dxa"/>
              <w:end w:w="90" w:type="dxa"/>
            </w:tcMar>
          </w:tcPr>
          <w:p>
            <w:r/>
          </w:p>
        </w:tc>
        <w:tc>
          <w:tcPr>
            <w:tcW w:type="dxa" w:w="2033"/>
            <w:tcMar>
              <w:top w:w="80" w:type="dxa"/>
              <w:start w:w="90" w:type="dxa"/>
              <w:bottom w:w="80" w:type="dxa"/>
              <w:end w:w="90" w:type="dxa"/>
            </w:tcMar>
          </w:tcPr>
          <w:p>
            <w:r/>
          </w:p>
        </w:tc>
        <w:tc>
          <w:tcPr>
            <w:tcW w:type="dxa" w:w="2033"/>
            <w:tcMar>
              <w:top w:w="80" w:type="dxa"/>
              <w:start w:w="90" w:type="dxa"/>
              <w:bottom w:w="80" w:type="dxa"/>
              <w:end w:w="90" w:type="dxa"/>
            </w:tcMar>
          </w:tcPr>
          <w:p>
            <w:r/>
          </w:p>
        </w:tc>
        <w:tc>
          <w:tcPr>
            <w:tcW w:type="dxa" w:w="2033"/>
            <w:tcMar>
              <w:top w:w="80" w:type="dxa"/>
              <w:start w:w="90" w:type="dxa"/>
              <w:bottom w:w="80" w:type="dxa"/>
              <w:end w:w="90" w:type="dxa"/>
            </w:tcMar>
          </w:tcPr>
          <w:p>
            <w:r/>
          </w:p>
        </w:tc>
      </w:tr>
    </w:tbl>
    <w:p>
      <w:pPr>
        <w:pStyle w:val="Heading1"/>
      </w:pPr>
      <w:r>
        <w:t>Measurement and review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2033"/>
        <w:gridCol w:w="2033"/>
        <w:gridCol w:w="2033"/>
        <w:gridCol w:w="2033"/>
        <w:gridCol w:w="2033"/>
      </w:tblGrid>
      <w:tr>
        <w:tc>
          <w:tcPr>
            <w:tcW w:type="dxa" w:w="2033"/>
            <w:shd w:fill="24313B"/>
            <w:tcMar>
              <w:top w:w="80" w:type="dxa"/>
              <w:start w:w="90" w:type="dxa"/>
              <w:bottom w:w="80" w:type="dxa"/>
              <w:end w:w="90" w:type="dxa"/>
            </w:tcMar>
          </w:tcPr>
          <w:p>
            <w:r>
              <w:rPr>
                <w:b/>
                <w:color w:val="FFFFFF"/>
              </w:rPr>
              <w:t>Measure</w:t>
            </w:r>
          </w:p>
        </w:tc>
        <w:tc>
          <w:tcPr>
            <w:tcW w:type="dxa" w:w="2033"/>
            <w:shd w:fill="24313B"/>
            <w:tcMar>
              <w:top w:w="80" w:type="dxa"/>
              <w:start w:w="90" w:type="dxa"/>
              <w:bottom w:w="80" w:type="dxa"/>
              <w:end w:w="90" w:type="dxa"/>
            </w:tcMar>
          </w:tcPr>
          <w:p>
            <w:r>
              <w:rPr>
                <w:b/>
                <w:color w:val="FFFFFF"/>
              </w:rPr>
              <w:t>Baseline</w:t>
            </w:r>
          </w:p>
        </w:tc>
        <w:tc>
          <w:tcPr>
            <w:tcW w:type="dxa" w:w="2033"/>
            <w:shd w:fill="24313B"/>
            <w:tcMar>
              <w:top w:w="80" w:type="dxa"/>
              <w:start w:w="90" w:type="dxa"/>
              <w:bottom w:w="80" w:type="dxa"/>
              <w:end w:w="90" w:type="dxa"/>
            </w:tcMar>
          </w:tcPr>
          <w:p>
            <w:r>
              <w:rPr>
                <w:b/>
                <w:color w:val="FFFFFF"/>
              </w:rPr>
              <w:t>Target</w:t>
            </w:r>
          </w:p>
        </w:tc>
        <w:tc>
          <w:tcPr>
            <w:tcW w:type="dxa" w:w="2033"/>
            <w:shd w:fill="24313B"/>
            <w:tcMar>
              <w:top w:w="80" w:type="dxa"/>
              <w:start w:w="90" w:type="dxa"/>
              <w:bottom w:w="80" w:type="dxa"/>
              <w:end w:w="90" w:type="dxa"/>
            </w:tcMar>
          </w:tcPr>
          <w:p>
            <w:r>
              <w:rPr>
                <w:b/>
                <w:color w:val="FFFFFF"/>
              </w:rPr>
              <w:t>Frequency</w:t>
            </w:r>
          </w:p>
        </w:tc>
        <w:tc>
          <w:tcPr>
            <w:tcW w:type="dxa" w:w="2033"/>
            <w:shd w:fill="24313B"/>
            <w:tcMar>
              <w:top w:w="80" w:type="dxa"/>
              <w:start w:w="90" w:type="dxa"/>
              <w:bottom w:w="80" w:type="dxa"/>
              <w:end w:w="90" w:type="dxa"/>
            </w:tcMar>
          </w:tcPr>
          <w:p>
            <w:r>
              <w:rPr>
                <w:b/>
                <w:color w:val="FFFFFF"/>
              </w:rPr>
              <w:t>Owner</w:t>
            </w:r>
          </w:p>
        </w:tc>
      </w:tr>
      <w:tr>
        <w:tc>
          <w:tcPr>
            <w:tcW w:type="dxa" w:w="2033"/>
            <w:tcMar>
              <w:top w:w="80" w:type="dxa"/>
              <w:start w:w="90" w:type="dxa"/>
              <w:bottom w:w="80" w:type="dxa"/>
              <w:end w:w="90" w:type="dxa"/>
            </w:tcMar>
          </w:tcPr>
          <w:p>
            <w:r/>
          </w:p>
        </w:tc>
        <w:tc>
          <w:tcPr>
            <w:tcW w:type="dxa" w:w="2033"/>
            <w:tcMar>
              <w:top w:w="80" w:type="dxa"/>
              <w:start w:w="90" w:type="dxa"/>
              <w:bottom w:w="80" w:type="dxa"/>
              <w:end w:w="90" w:type="dxa"/>
            </w:tcMar>
          </w:tcPr>
          <w:p>
            <w:r/>
          </w:p>
        </w:tc>
        <w:tc>
          <w:tcPr>
            <w:tcW w:type="dxa" w:w="2033"/>
            <w:tcMar>
              <w:top w:w="80" w:type="dxa"/>
              <w:start w:w="90" w:type="dxa"/>
              <w:bottom w:w="80" w:type="dxa"/>
              <w:end w:w="90" w:type="dxa"/>
            </w:tcMar>
          </w:tcPr>
          <w:p>
            <w:r/>
          </w:p>
        </w:tc>
        <w:tc>
          <w:tcPr>
            <w:tcW w:type="dxa" w:w="2033"/>
            <w:tcMar>
              <w:top w:w="80" w:type="dxa"/>
              <w:start w:w="90" w:type="dxa"/>
              <w:bottom w:w="80" w:type="dxa"/>
              <w:end w:w="90" w:type="dxa"/>
            </w:tcMar>
          </w:tcPr>
          <w:p>
            <w:r/>
          </w:p>
        </w:tc>
        <w:tc>
          <w:tcPr>
            <w:tcW w:type="dxa" w:w="2033"/>
            <w:tcMar>
              <w:top w:w="80" w:type="dxa"/>
              <w:start w:w="90" w:type="dxa"/>
              <w:bottom w:w="80" w:type="dxa"/>
              <w:end w:w="90" w:type="dxa"/>
            </w:tcMar>
          </w:tcPr>
          <w:p>
            <w:r/>
          </w:p>
        </w:tc>
      </w:tr>
      <w:tr>
        <w:tc>
          <w:tcPr>
            <w:tcW w:type="dxa" w:w="2033"/>
            <w:tcMar>
              <w:top w:w="80" w:type="dxa"/>
              <w:start w:w="90" w:type="dxa"/>
              <w:bottom w:w="80" w:type="dxa"/>
              <w:end w:w="90" w:type="dxa"/>
            </w:tcMar>
          </w:tcPr>
          <w:p>
            <w:r/>
          </w:p>
        </w:tc>
        <w:tc>
          <w:tcPr>
            <w:tcW w:type="dxa" w:w="2033"/>
            <w:tcMar>
              <w:top w:w="80" w:type="dxa"/>
              <w:start w:w="90" w:type="dxa"/>
              <w:bottom w:w="80" w:type="dxa"/>
              <w:end w:w="90" w:type="dxa"/>
            </w:tcMar>
          </w:tcPr>
          <w:p>
            <w:r/>
          </w:p>
        </w:tc>
        <w:tc>
          <w:tcPr>
            <w:tcW w:type="dxa" w:w="2033"/>
            <w:tcMar>
              <w:top w:w="80" w:type="dxa"/>
              <w:start w:w="90" w:type="dxa"/>
              <w:bottom w:w="80" w:type="dxa"/>
              <w:end w:w="90" w:type="dxa"/>
            </w:tcMar>
          </w:tcPr>
          <w:p>
            <w:r/>
          </w:p>
        </w:tc>
        <w:tc>
          <w:tcPr>
            <w:tcW w:type="dxa" w:w="2033"/>
            <w:tcMar>
              <w:top w:w="80" w:type="dxa"/>
              <w:start w:w="90" w:type="dxa"/>
              <w:bottom w:w="80" w:type="dxa"/>
              <w:end w:w="90" w:type="dxa"/>
            </w:tcMar>
          </w:tcPr>
          <w:p>
            <w:r/>
          </w:p>
        </w:tc>
        <w:tc>
          <w:tcPr>
            <w:tcW w:type="dxa" w:w="2033"/>
            <w:tcMar>
              <w:top w:w="80" w:type="dxa"/>
              <w:start w:w="90" w:type="dxa"/>
              <w:bottom w:w="80" w:type="dxa"/>
              <w:end w:w="90" w:type="dxa"/>
            </w:tcMar>
          </w:tcPr>
          <w:p>
            <w:r/>
          </w:p>
        </w:tc>
      </w:tr>
      <w:tr>
        <w:tc>
          <w:tcPr>
            <w:tcW w:type="dxa" w:w="2033"/>
            <w:tcMar>
              <w:top w:w="80" w:type="dxa"/>
              <w:start w:w="90" w:type="dxa"/>
              <w:bottom w:w="80" w:type="dxa"/>
              <w:end w:w="90" w:type="dxa"/>
            </w:tcMar>
          </w:tcPr>
          <w:p>
            <w:r/>
          </w:p>
        </w:tc>
        <w:tc>
          <w:tcPr>
            <w:tcW w:type="dxa" w:w="2033"/>
            <w:tcMar>
              <w:top w:w="80" w:type="dxa"/>
              <w:start w:w="90" w:type="dxa"/>
              <w:bottom w:w="80" w:type="dxa"/>
              <w:end w:w="90" w:type="dxa"/>
            </w:tcMar>
          </w:tcPr>
          <w:p>
            <w:r/>
          </w:p>
        </w:tc>
        <w:tc>
          <w:tcPr>
            <w:tcW w:type="dxa" w:w="2033"/>
            <w:tcMar>
              <w:top w:w="80" w:type="dxa"/>
              <w:start w:w="90" w:type="dxa"/>
              <w:bottom w:w="80" w:type="dxa"/>
              <w:end w:w="90" w:type="dxa"/>
            </w:tcMar>
          </w:tcPr>
          <w:p>
            <w:r/>
          </w:p>
        </w:tc>
        <w:tc>
          <w:tcPr>
            <w:tcW w:type="dxa" w:w="2033"/>
            <w:tcMar>
              <w:top w:w="80" w:type="dxa"/>
              <w:start w:w="90" w:type="dxa"/>
              <w:bottom w:w="80" w:type="dxa"/>
              <w:end w:w="90" w:type="dxa"/>
            </w:tcMar>
          </w:tcPr>
          <w:p>
            <w:r/>
          </w:p>
        </w:tc>
        <w:tc>
          <w:tcPr>
            <w:tcW w:type="dxa" w:w="2033"/>
            <w:tcMar>
              <w:top w:w="80" w:type="dxa"/>
              <w:start w:w="90" w:type="dxa"/>
              <w:bottom w:w="80" w:type="dxa"/>
              <w:end w:w="90" w:type="dxa"/>
            </w:tcMar>
          </w:tcPr>
          <w:p>
            <w:r/>
          </w:p>
        </w:tc>
      </w:tr>
      <w:tr>
        <w:tc>
          <w:tcPr>
            <w:tcW w:type="dxa" w:w="2033"/>
            <w:tcMar>
              <w:top w:w="80" w:type="dxa"/>
              <w:start w:w="90" w:type="dxa"/>
              <w:bottom w:w="80" w:type="dxa"/>
              <w:end w:w="90" w:type="dxa"/>
            </w:tcMar>
          </w:tcPr>
          <w:p>
            <w:r/>
          </w:p>
        </w:tc>
        <w:tc>
          <w:tcPr>
            <w:tcW w:type="dxa" w:w="2033"/>
            <w:tcMar>
              <w:top w:w="80" w:type="dxa"/>
              <w:start w:w="90" w:type="dxa"/>
              <w:bottom w:w="80" w:type="dxa"/>
              <w:end w:w="90" w:type="dxa"/>
            </w:tcMar>
          </w:tcPr>
          <w:p>
            <w:r/>
          </w:p>
        </w:tc>
        <w:tc>
          <w:tcPr>
            <w:tcW w:type="dxa" w:w="2033"/>
            <w:tcMar>
              <w:top w:w="80" w:type="dxa"/>
              <w:start w:w="90" w:type="dxa"/>
              <w:bottom w:w="80" w:type="dxa"/>
              <w:end w:w="90" w:type="dxa"/>
            </w:tcMar>
          </w:tcPr>
          <w:p>
            <w:r/>
          </w:p>
        </w:tc>
        <w:tc>
          <w:tcPr>
            <w:tcW w:type="dxa" w:w="2033"/>
            <w:tcMar>
              <w:top w:w="80" w:type="dxa"/>
              <w:start w:w="90" w:type="dxa"/>
              <w:bottom w:w="80" w:type="dxa"/>
              <w:end w:w="90" w:type="dxa"/>
            </w:tcMar>
          </w:tcPr>
          <w:p>
            <w:r/>
          </w:p>
        </w:tc>
        <w:tc>
          <w:tcPr>
            <w:tcW w:type="dxa" w:w="2033"/>
            <w:tcMar>
              <w:top w:w="80" w:type="dxa"/>
              <w:start w:w="90" w:type="dxa"/>
              <w:bottom w:w="80" w:type="dxa"/>
              <w:end w:w="90" w:type="dxa"/>
            </w:tcMar>
          </w:tcPr>
          <w:p>
            <w:r/>
          </w:p>
        </w:tc>
      </w:tr>
      <w:tr>
        <w:tc>
          <w:tcPr>
            <w:tcW w:type="dxa" w:w="2033"/>
            <w:tcMar>
              <w:top w:w="80" w:type="dxa"/>
              <w:start w:w="90" w:type="dxa"/>
              <w:bottom w:w="80" w:type="dxa"/>
              <w:end w:w="90" w:type="dxa"/>
            </w:tcMar>
          </w:tcPr>
          <w:p>
            <w:r/>
          </w:p>
        </w:tc>
        <w:tc>
          <w:tcPr>
            <w:tcW w:type="dxa" w:w="2033"/>
            <w:tcMar>
              <w:top w:w="80" w:type="dxa"/>
              <w:start w:w="90" w:type="dxa"/>
              <w:bottom w:w="80" w:type="dxa"/>
              <w:end w:w="90" w:type="dxa"/>
            </w:tcMar>
          </w:tcPr>
          <w:p>
            <w:r/>
          </w:p>
        </w:tc>
        <w:tc>
          <w:tcPr>
            <w:tcW w:type="dxa" w:w="2033"/>
            <w:tcMar>
              <w:top w:w="80" w:type="dxa"/>
              <w:start w:w="90" w:type="dxa"/>
              <w:bottom w:w="80" w:type="dxa"/>
              <w:end w:w="90" w:type="dxa"/>
            </w:tcMar>
          </w:tcPr>
          <w:p>
            <w:r/>
          </w:p>
        </w:tc>
        <w:tc>
          <w:tcPr>
            <w:tcW w:type="dxa" w:w="2033"/>
            <w:tcMar>
              <w:top w:w="80" w:type="dxa"/>
              <w:start w:w="90" w:type="dxa"/>
              <w:bottom w:w="80" w:type="dxa"/>
              <w:end w:w="90" w:type="dxa"/>
            </w:tcMar>
          </w:tcPr>
          <w:p>
            <w:r/>
          </w:p>
        </w:tc>
        <w:tc>
          <w:tcPr>
            <w:tcW w:type="dxa" w:w="2033"/>
            <w:tcMar>
              <w:top w:w="80" w:type="dxa"/>
              <w:start w:w="90" w:type="dxa"/>
              <w:bottom w:w="80" w:type="dxa"/>
              <w:end w:w="90" w:type="dxa"/>
            </w:tcMar>
          </w:tcPr>
          <w:p>
            <w:r/>
          </w:p>
        </w:tc>
      </w:tr>
      <w:tr>
        <w:tc>
          <w:tcPr>
            <w:tcW w:type="dxa" w:w="2033"/>
            <w:tcMar>
              <w:top w:w="80" w:type="dxa"/>
              <w:start w:w="90" w:type="dxa"/>
              <w:bottom w:w="80" w:type="dxa"/>
              <w:end w:w="90" w:type="dxa"/>
            </w:tcMar>
          </w:tcPr>
          <w:p>
            <w:r/>
          </w:p>
        </w:tc>
        <w:tc>
          <w:tcPr>
            <w:tcW w:type="dxa" w:w="2033"/>
            <w:tcMar>
              <w:top w:w="80" w:type="dxa"/>
              <w:start w:w="90" w:type="dxa"/>
              <w:bottom w:w="80" w:type="dxa"/>
              <w:end w:w="90" w:type="dxa"/>
            </w:tcMar>
          </w:tcPr>
          <w:p>
            <w:r/>
          </w:p>
        </w:tc>
        <w:tc>
          <w:tcPr>
            <w:tcW w:type="dxa" w:w="2033"/>
            <w:tcMar>
              <w:top w:w="80" w:type="dxa"/>
              <w:start w:w="90" w:type="dxa"/>
              <w:bottom w:w="80" w:type="dxa"/>
              <w:end w:w="90" w:type="dxa"/>
            </w:tcMar>
          </w:tcPr>
          <w:p>
            <w:r/>
          </w:p>
        </w:tc>
        <w:tc>
          <w:tcPr>
            <w:tcW w:type="dxa" w:w="2033"/>
            <w:tcMar>
              <w:top w:w="80" w:type="dxa"/>
              <w:start w:w="90" w:type="dxa"/>
              <w:bottom w:w="80" w:type="dxa"/>
              <w:end w:w="90" w:type="dxa"/>
            </w:tcMar>
          </w:tcPr>
          <w:p>
            <w:r/>
          </w:p>
        </w:tc>
        <w:tc>
          <w:tcPr>
            <w:tcW w:type="dxa" w:w="2033"/>
            <w:tcMar>
              <w:top w:w="80" w:type="dxa"/>
              <w:start w:w="90" w:type="dxa"/>
              <w:bottom w:w="80" w:type="dxa"/>
              <w:end w:w="90" w:type="dxa"/>
            </w:tcMar>
          </w:tcPr>
          <w:p>
            <w:r/>
          </w:p>
        </w:tc>
      </w:tr>
    </w:tbl>
    <w:p>
      <w:pPr>
        <w:pStyle w:val="Heading1"/>
      </w:pPr>
      <w:r>
        <w:t>Final review questions</w:t>
      </w:r>
    </w:p>
    <w:p>
      <w:pPr>
        <w:pStyle w:val="ListBullet"/>
        <w:spacing w:after="40"/>
      </w:pPr>
      <w:r>
        <w:t>☐ Does the plan address the main reason this framework was selected?</w:t>
      </w:r>
    </w:p>
    <w:p>
      <w:pPr>
        <w:pStyle w:val="ListBullet"/>
        <w:spacing w:after="40"/>
      </w:pPr>
      <w:r>
        <w:t>☐ Are actions assigned to named owners?</w:t>
      </w:r>
    </w:p>
    <w:p>
      <w:pPr>
        <w:pStyle w:val="ListBullet"/>
        <w:spacing w:after="40"/>
      </w:pPr>
      <w:r>
        <w:t>☐ Are barriers, resources, and dependencies visible?</w:t>
      </w:r>
    </w:p>
    <w:p>
      <w:pPr>
        <w:pStyle w:val="ListBullet"/>
        <w:spacing w:after="40"/>
      </w:pPr>
      <w:r>
        <w:t>☐ Do measures focus on adoption and outcomes, not activity alone?</w:t>
      </w:r>
    </w:p>
    <w:p>
      <w:pPr>
        <w:pStyle w:val="ListBullet"/>
        <w:spacing w:after="40"/>
      </w:pPr>
      <w:r>
        <w:t>☐ Is there a feedback loop for learning and adjustment?</w:t>
      </w:r>
    </w:p>
    <w:p>
      <w:pPr>
        <w:pStyle w:val="ListBullet"/>
        <w:spacing w:after="40"/>
      </w:pPr>
      <w:r>
        <w:t>☐ Are leadership actions and communication responsibilities clear?</w:t>
      </w:r>
    </w:p>
    <w:p>
      <w:r>
        <w:t>Leadership style affects how the change is understood and experienced. Refer to the related Business Capsule on leadership styles when it becomes available.</w:t>
      </w:r>
    </w:p>
    <w:sectPr w:rsidR="00FC693F" w:rsidRPr="0006063C" w:rsidSect="00034616">
      <w:footerReference w:type="default" r:id="rId9"/>
      <w:pgSz w:w="12240" w:h="15840"/>
      <w:pgMar w:top="936" w:right="1037" w:bottom="936" w:left="103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color w:val="777777"/>
        <w:sz w:val="16"/>
      </w:rPr>
      <w:t>HOUDALATRACH.COM | KOTTER APPLICATION GUIDE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00" w:line="259" w:lineRule="auto"/>
    </w:pPr>
    <w:rPr>
      <w:rFonts w:ascii="Aptos" w:hAnsi="Aptos"/>
      <w:color w:val="24313B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180" w:after="100"/>
      <w:outlineLvl w:val="0"/>
    </w:pPr>
    <w:rPr>
      <w:rFonts w:asciiTheme="majorHAnsi" w:eastAsiaTheme="majorEastAsia" w:hAnsiTheme="majorHAnsi" w:cstheme="majorBidi" w:ascii="Aptos Display" w:hAnsi="Aptos Display"/>
      <w:b/>
      <w:bCs/>
      <w:color w:val="24313B"/>
      <w:sz w:val="34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180" w:after="100"/>
      <w:outlineLvl w:val="1"/>
    </w:pPr>
    <w:rPr>
      <w:rFonts w:asciiTheme="majorHAnsi" w:eastAsiaTheme="majorEastAsia" w:hAnsiTheme="majorHAnsi" w:cstheme="majorBidi" w:ascii="Aptos Display" w:hAnsi="Aptos Display"/>
      <w:b/>
      <w:bCs/>
      <w:color w:val="8A5A44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180" w:after="100"/>
      <w:outlineLvl w:val="2"/>
    </w:pPr>
    <w:rPr>
      <w:rFonts w:asciiTheme="majorHAnsi" w:eastAsiaTheme="majorEastAsia" w:hAnsiTheme="majorHAnsi" w:cstheme="majorBidi" w:ascii="Aptos Display" w:hAnsi="Aptos Display"/>
      <w:b/>
      <w:bCs/>
      <w:color w:val="24313B"/>
      <w:sz w:val="22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100" w:line="240" w:lineRule="auto" w:before="180"/>
      <w:contextualSpacing/>
    </w:pPr>
    <w:rPr>
      <w:rFonts w:asciiTheme="majorHAnsi" w:eastAsiaTheme="majorEastAsia" w:hAnsiTheme="majorHAnsi" w:cstheme="majorBidi" w:ascii="Aptos Display" w:hAnsi="Aptos Display"/>
      <w:b/>
      <w:color w:val="24313B"/>
      <w:spacing w:val="5"/>
      <w:kern w:val="28"/>
      <w:sz w:val="48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  <w:spacing w:before="180" w:after="100"/>
    </w:pPr>
    <w:rPr>
      <w:rFonts w:asciiTheme="majorHAnsi" w:eastAsiaTheme="majorEastAsia" w:hAnsiTheme="majorHAnsi" w:cstheme="majorBidi" w:ascii="Aptos Display" w:hAnsi="Aptos Display"/>
      <w:b/>
      <w:i/>
      <w:iCs/>
      <w:color w:val="8A5A44"/>
      <w:spacing w:val="15"/>
      <w:sz w:val="26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